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2"/>
        </w:rPr>
        <w:t>Absender:</w:t>
      </w:r>
    </w:p>
    <w:p>
      <w:r>
        <w:rPr>
          <w:b w:val="0"/>
          <w:sz w:val="22"/>
        </w:rPr>
        <w:t>Name: ______________________________________________</w:t>
      </w:r>
    </w:p>
    <w:p>
      <w:r>
        <w:rPr>
          <w:b w:val="0"/>
          <w:sz w:val="22"/>
        </w:rPr>
        <w:t>Straße, Nr.: _________________________________________</w:t>
      </w:r>
    </w:p>
    <w:p>
      <w:r>
        <w:rPr>
          <w:b w:val="0"/>
          <w:sz w:val="22"/>
        </w:rPr>
        <w:t>PLZ, Ort: ___________________________________________</w:t>
      </w:r>
    </w:p>
    <w:p>
      <w:r>
        <w:rPr>
          <w:b w:val="0"/>
          <w:sz w:val="22"/>
        </w:rPr>
        <w:t>Telefon: ____________________________________________</w:t>
      </w:r>
    </w:p>
    <w:p>
      <w:r>
        <w:rPr>
          <w:b w:val="0"/>
          <w:sz w:val="22"/>
        </w:rPr>
        <w:t>E-Mail: _____________________________________________</w:t>
      </w:r>
    </w:p>
    <w:p/>
    <w:p/>
    <w:p>
      <w:r>
        <w:rPr>
          <w:b/>
          <w:sz w:val="22"/>
        </w:rPr>
        <w:t>Empfänger:</w:t>
      </w:r>
    </w:p>
    <w:p>
      <w:r>
        <w:rPr>
          <w:b w:val="0"/>
          <w:sz w:val="22"/>
        </w:rPr>
        <w:t>Name des Rechtsanwalts / Kanzlei: ________________________________</w:t>
      </w:r>
    </w:p>
    <w:p>
      <w:r>
        <w:rPr>
          <w:b w:val="0"/>
          <w:sz w:val="22"/>
        </w:rPr>
        <w:t>Straße, Nr.: _________________________________________________</w:t>
      </w:r>
    </w:p>
    <w:p>
      <w:r>
        <w:rPr>
          <w:b w:val="0"/>
          <w:sz w:val="22"/>
        </w:rPr>
        <w:t>PLZ, Ort: _________________________________________________</w:t>
      </w:r>
    </w:p>
    <w:p/>
    <w:p/>
    <w:p>
      <w:pPr>
        <w:jc w:val="left"/>
      </w:pPr>
      <w:r>
        <w:rPr>
          <w:b/>
          <w:sz w:val="22"/>
        </w:rPr>
        <w:t>Betreff:</w:t>
      </w:r>
    </w:p>
    <w:p>
      <w:r>
        <w:rPr>
          <w:b/>
          <w:sz w:val="22"/>
        </w:rPr>
        <w:t>Anschreiben / Mandatsanfrage</w:t>
      </w:r>
    </w:p>
    <w:p/>
    <w:p>
      <w:r>
        <w:rPr>
          <w:b w:val="0"/>
          <w:sz w:val="22"/>
        </w:rPr>
        <w:t>Sehr geehrte Damen und Herren,</w:t>
      </w:r>
    </w:p>
    <w:p/>
    <w:p>
      <w:r>
        <w:rPr>
          <w:b w:val="0"/>
          <w:sz w:val="22"/>
        </w:rPr>
        <w:t>hiermit möchte ich mich mit folgendem Anliegen an Sie wenden und bitte um Ihre juristische Unterstützung. Ich habe beabsichtigt, rechtlichen Beistand in Anspruch zu nehmen, um meine Interessen in einer für mich wichtigen Angelegenheit wahrzunehmen.</w:t>
      </w:r>
    </w:p>
    <w:p/>
    <w:p>
      <w:r>
        <w:rPr>
          <w:b w:val="0"/>
          <w:sz w:val="22"/>
        </w:rPr>
        <w:t>Im Folgenden schildere ich den Sachverhalt ausführlich und bitte Sie um Prüfung sowie um eine Einschätzung der rechtlichen Lage. Sollten Unterlagen oder weitere Informationen benötigt werden, stelle ich diese selbstverständlich gern zur Verfügung.</w:t>
      </w:r>
    </w:p>
    <w:p/>
    <w:p>
      <w:r>
        <w:rPr>
          <w:b w:val="0"/>
          <w:sz w:val="22"/>
        </w:rPr>
        <w:t>Ich bitte um eine zeitnahe Rückmeldung bezüglich der Übernahme des Mandats sowie der voraussichtlichen Kosten und weiteren Vorgehensweise.</w:t>
      </w:r>
    </w:p>
    <w:p/>
    <w:p/>
    <w:p>
      <w:r>
        <w:rPr>
          <w:b/>
          <w:sz w:val="22"/>
        </w:rPr>
        <w:t>Sachverhalt / Details:</w:t>
      </w:r>
    </w:p>
    <w:p>
      <w:r>
        <w:rPr>
          <w:b w:val="0"/>
          <w:sz w:val="22"/>
        </w:rPr>
      </w:r>
    </w:p>
    <w:p>
      <w:r>
        <w:rPr>
          <w:b w:val="0"/>
          <w:sz w:val="22"/>
        </w:rPr>
        <w:t>________________________________________________________________________________</w:t>
      </w:r>
    </w:p>
    <w:p>
      <w:r>
        <w:rPr>
          <w:b w:val="0"/>
          <w:sz w:val="22"/>
        </w:rPr>
        <w:t>________________________________________________________________________________</w:t>
      </w:r>
    </w:p>
    <w:p>
      <w:r>
        <w:rPr>
          <w:b w:val="0"/>
          <w:sz w:val="22"/>
        </w:rPr>
        <w:t>________________________________________________________________________________</w:t>
      </w:r>
    </w:p>
    <w:p>
      <w:r>
        <w:rPr>
          <w:b w:val="0"/>
          <w:sz w:val="22"/>
        </w:rPr>
        <w:t>________________________________________________________________________________</w:t>
      </w:r>
    </w:p>
    <w:p>
      <w:r>
        <w:rPr>
          <w:b w:val="0"/>
          <w:sz w:val="22"/>
        </w:rPr>
        <w:t>________________________________________________________________________________</w:t>
      </w:r>
    </w:p>
    <w:p>
      <w:r>
        <w:rPr>
          <w:b w:val="0"/>
          <w:sz w:val="22"/>
        </w:rPr>
        <w:t>________________________________________________________________________________</w:t>
      </w:r>
    </w:p>
    <w:p/>
    <w:p/>
    <w:p>
      <w:r>
        <w:rPr>
          <w:b w:val="0"/>
          <w:sz w:val="22"/>
        </w:rPr>
        <w:t>Mit freundlichen Grüßen,</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______________________________</w:t>
            </w:r>
          </w:p>
        </w:tc>
        <w:tc>
          <w:tcPr>
            <w:tcW w:type="dxa" w:w="4986"/>
            <w:tcBorders>
              <w:top w:val="nil"/>
              <w:left w:val="nil"/>
              <w:bottom w:val="nil"/>
              <w:right w:val="nil"/>
              <w:insideH w:val="nil"/>
              <w:insideV w:val="nil"/>
            </w:tcBorders>
          </w:tcPr>
          <w:p>
            <w:pPr>
              <w:jc w:val="center"/>
            </w:pPr>
            <w:r>
              <w:t>______________________________</w:t>
            </w:r>
          </w:p>
        </w:tc>
      </w:tr>
      <w:tr>
        <w:tc>
          <w:tcPr>
            <w:tcW w:type="dxa" w:w="4986"/>
            <w:tcBorders>
              <w:top w:val="nil"/>
              <w:left w:val="nil"/>
              <w:bottom w:val="nil"/>
              <w:right w:val="nil"/>
              <w:insideH w:val="nil"/>
              <w:insideV w:val="nil"/>
            </w:tcBorders>
          </w:tcPr>
          <w:p>
            <w:pPr>
              <w:jc w:val="center"/>
            </w:pPr>
            <w:r>
              <w:t>Unterschrift Absender</w:t>
            </w:r>
          </w:p>
        </w:tc>
        <w:tc>
          <w:tcPr>
            <w:tcW w:type="dxa" w:w="4986"/>
            <w:tcBorders>
              <w:top w:val="nil"/>
              <w:left w:val="nil"/>
              <w:bottom w:val="nil"/>
              <w:right w:val="nil"/>
              <w:insideH w:val="nil"/>
              <w:insideV w:val="nil"/>
            </w:tcBorders>
          </w:tcPr>
          <w:p>
            <w:pPr>
              <w:jc w:val="center"/>
            </w:pPr>
            <w:r>
              <w:t>Datum</w:t>
            </w:r>
          </w:p>
        </w:tc>
      </w:tr>
    </w:tbl>
    <w:p>
      <w:r>
        <w:br w:type="page"/>
      </w:r>
    </w:p>
    <w:p>
      <w:pPr>
        <w:jc w:val="center"/>
      </w:pPr>
      <w:r>
        <w:rPr>
          <w:color w:val="555555"/>
          <w:sz w:val="24"/>
        </w:rPr>
        <w:t>Originalquelle dieses Dokuments:</w:t>
      </w:r>
    </w:p>
    <w:p>
      <w:pPr>
        <w:jc w:val="center"/>
      </w:pPr>
      <w:hyperlink r:id="rId9">
        <w:r>
          <w:rPr>
            <w:color w:val="0000FF"/>
            <w:u w:val="single"/>
          </w:rPr>
          <w:t>https://justiz-experte.com/anschreiben-an-rechtsanwalt/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https://justiz-experte.com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justiz-experte.com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stiz-experte.com/anschreiben-an-rechtsanwalt/" TargetMode="External"/><Relationship Id="rId10" Type="http://schemas.openxmlformats.org/officeDocument/2006/relationships/hyperlink" Target="https://justiz-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