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2"/>
        </w:rPr>
        <w:t>Absender:</w:t>
      </w:r>
    </w:p>
    <w:p>
      <w:r>
        <w:rPr>
          <w:b w:val="0"/>
          <w:sz w:val="22"/>
        </w:rPr>
        <w:t>Name / Firma</w:t>
      </w:r>
    </w:p>
    <w:p>
      <w:r>
        <w:rPr>
          <w:b w:val="0"/>
          <w:sz w:val="22"/>
        </w:rPr>
        <w:t>Straße und Hausnummer</w:t>
      </w:r>
    </w:p>
    <w:p>
      <w:r>
        <w:rPr>
          <w:b w:val="0"/>
          <w:sz w:val="22"/>
        </w:rPr>
        <w:t>PLZ und Ort</w:t>
      </w:r>
    </w:p>
    <w:p>
      <w:r>
        <w:rPr>
          <w:b w:val="0"/>
          <w:sz w:val="22"/>
        </w:rPr>
        <w:t>Telefonnummer</w:t>
      </w:r>
    </w:p>
    <w:p>
      <w:r>
        <w:rPr>
          <w:b w:val="0"/>
          <w:sz w:val="22"/>
        </w:rPr>
        <w:t>E-Mail-Adresse</w:t>
      </w:r>
    </w:p>
    <w:p/>
    <w:p/>
    <w:p>
      <w:r>
        <w:rPr>
          <w:b w:val="0"/>
          <w:sz w:val="22"/>
        </w:rPr>
        <w:t>An:</w:t>
      </w:r>
    </w:p>
    <w:p>
      <w:r>
        <w:rPr>
          <w:b w:val="0"/>
          <w:sz w:val="22"/>
        </w:rPr>
        <w:t>Notar(in) [Name]</w:t>
      </w:r>
    </w:p>
    <w:p>
      <w:r>
        <w:rPr>
          <w:b w:val="0"/>
          <w:sz w:val="22"/>
        </w:rPr>
        <w:t>Notariatskanzlei</w:t>
      </w:r>
    </w:p>
    <w:p>
      <w:r>
        <w:rPr>
          <w:b w:val="0"/>
          <w:sz w:val="22"/>
        </w:rPr>
        <w:t>Straße und Hausnummer</w:t>
      </w:r>
    </w:p>
    <w:p>
      <w:r>
        <w:rPr>
          <w:b w:val="0"/>
          <w:sz w:val="22"/>
        </w:rPr>
        <w:t>PLZ und Ort</w:t>
      </w:r>
    </w:p>
    <w:p/>
    <w:p/>
    <w:p>
      <w:r>
        <w:rPr>
          <w:b/>
          <w:sz w:val="22"/>
        </w:rPr>
        <w:t>Betreff:</w:t>
      </w:r>
    </w:p>
    <w:p>
      <w:r>
        <w:rPr>
          <w:b/>
          <w:sz w:val="22"/>
        </w:rPr>
        <w:t>Anschreiben zum Notarvertrag / Beurkundung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übersende ich Ihnen die erforderlichen Unterlagen und Informationen zur Vorbereitung der Beurkundung des Kaufvertrages über die Immobilie bzw. das Grundstück.</w:t>
      </w:r>
    </w:p>
    <w:p/>
    <w:p>
      <w:r>
        <w:rPr>
          <w:b/>
          <w:sz w:val="22"/>
        </w:rPr>
        <w:t>1. Vertragsparteien:</w:t>
      </w:r>
    </w:p>
    <w:p>
      <w:r>
        <w:rPr>
          <w:b w:val="0"/>
          <w:sz w:val="22"/>
        </w:rPr>
        <w:t>Käufer:</w:t>
      </w:r>
    </w:p>
    <w:p>
      <w:r>
        <w:rPr>
          <w:b w:val="0"/>
          <w:sz w:val="22"/>
        </w:rPr>
        <w:t>Name / Firma</w:t>
      </w:r>
    </w:p>
    <w:p>
      <w:r>
        <w:rPr>
          <w:b w:val="0"/>
          <w:sz w:val="22"/>
        </w:rPr>
        <w:t>Anschrift</w:t>
      </w:r>
    </w:p>
    <w:p/>
    <w:p>
      <w:r>
        <w:rPr>
          <w:b w:val="0"/>
          <w:sz w:val="22"/>
        </w:rPr>
        <w:t>Verkäufer:</w:t>
      </w:r>
    </w:p>
    <w:p>
      <w:r>
        <w:rPr>
          <w:b w:val="0"/>
          <w:sz w:val="22"/>
        </w:rPr>
        <w:t>Name / Firma</w:t>
      </w:r>
    </w:p>
    <w:p>
      <w:r>
        <w:rPr>
          <w:b w:val="0"/>
          <w:sz w:val="22"/>
        </w:rPr>
        <w:t>Anschrift</w:t>
      </w:r>
    </w:p>
    <w:p/>
    <w:p>
      <w:r>
        <w:rPr>
          <w:b/>
          <w:sz w:val="22"/>
        </w:rPr>
        <w:t>2. Vertragsgegenstand:</w:t>
      </w:r>
    </w:p>
    <w:p>
      <w:r>
        <w:rPr>
          <w:b w:val="0"/>
          <w:sz w:val="22"/>
        </w:rPr>
        <w:t>Beschreibung der Immobilie / des Grundstücks</w:t>
      </w:r>
    </w:p>
    <w:p/>
    <w:p>
      <w:r>
        <w:rPr>
          <w:b/>
          <w:sz w:val="22"/>
        </w:rPr>
        <w:t>3. Kaufpreis:</w:t>
      </w:r>
    </w:p>
    <w:p>
      <w:r>
        <w:rPr>
          <w:b w:val="0"/>
          <w:sz w:val="22"/>
        </w:rPr>
        <w:t>Gesamtkaufpreis in Euro</w:t>
      </w:r>
    </w:p>
    <w:p/>
    <w:p>
      <w:r>
        <w:rPr>
          <w:b/>
          <w:sz w:val="22"/>
        </w:rPr>
        <w:t>4. Weitere Vereinbarungen:</w:t>
      </w:r>
    </w:p>
    <w:p>
      <w:r>
        <w:rPr>
          <w:b w:val="0"/>
          <w:sz w:val="22"/>
        </w:rPr>
        <w:t>Besondere Bedingungen, z.B. Belastungen, Lasten, Auflagen</w:t>
      </w:r>
    </w:p>
    <w:p/>
    <w:p>
      <w:r>
        <w:rPr>
          <w:b w:val="0"/>
          <w:sz w:val="22"/>
        </w:rPr>
        <w:t>Bitte prüfen Sie die Unterlagen und bereiten Sie den Beurkundungstermin vor. Für Rückfragen stehe ich jederzeit gern zur Verfügung.</w:t>
      </w:r>
    </w:p>
    <w:p/>
    <w:p/>
    <w:p>
      <w:r>
        <w:rPr>
          <w:b w:val="0"/>
          <w:sz w:val="22"/>
        </w:rPr>
        <w:t>Mit freundlichen Grüßen</w:t>
      </w:r>
    </w:p>
    <w:p/>
    <w:p/>
    <w:p/>
    <w:p>
      <w:r>
        <w:rPr>
          <w:b w:val="0"/>
          <w:sz w:val="22"/>
        </w:rPr>
        <w:t>_______________________________</w:t>
      </w:r>
    </w:p>
    <w:p>
      <w:r>
        <w:rPr>
          <w:b w:val="0"/>
          <w:sz w:val="22"/>
        </w:rPr>
        <w:t>Unterschrift Absender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https://justiz-experte.com/anschreiben-notar/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https://justiz-experte.com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justiz-experte.com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stiz-experte.com/anschreiben-notar/" TargetMode="External"/><Relationship Id="rId10" Type="http://schemas.openxmlformats.org/officeDocument/2006/relationships/hyperlink" Target="https://justiz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