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ENTLASSUNG AUS DER 2/3-GESELLSCHAFTERVERPFLICHTUNG</w:t>
      </w:r>
    </w:p>
    <w:p/>
    <w:p/>
    <w:p>
      <w:r>
        <w:rPr>
          <w:b/>
          <w:sz w:val="22"/>
        </w:rPr>
        <w:t>An das zuständige Amtsgericht</w:t>
      </w:r>
    </w:p>
    <w:p>
      <w:r>
        <w:rPr>
          <w:b/>
          <w:sz w:val="22"/>
        </w:rPr>
        <w:t>Abteilung für Gesellschaftsrecht</w:t>
      </w:r>
    </w:p>
    <w:p/>
    <w:p/>
    <w:p>
      <w:r>
        <w:rPr>
          <w:b/>
          <w:sz w:val="22"/>
        </w:rPr>
        <w:t>Name des Antragstellers (Vollständiger Name):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____________________________________________________________________</w:t>
      </w:r>
    </w:p>
    <w:p/>
    <w:p>
      <w:r>
        <w:rPr>
          <w:b/>
          <w:sz w:val="22"/>
        </w:rPr>
        <w:t>Name der Gesellschaft: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/>
          <w:sz w:val="22"/>
        </w:rPr>
        <w:t>Sitz der Gesellschaft:</w:t>
      </w:r>
    </w:p>
    <w:p>
      <w:r>
        <w:rPr>
          <w:b w:val="0"/>
          <w:sz w:val="22"/>
        </w:rPr>
        <w:t>____________________________________________________________________</w:t>
      </w:r>
    </w:p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Entlassung aus der Verpflichtung zur Zeichnung von 2/3 der Geschäftsanteile gemäß § 2 Abs. 3 [relevanter Gesetzes-/Vertragsbezug].</w:t>
      </w:r>
    </w:p>
    <w:p/>
    <w:p>
      <w:r>
        <w:rPr>
          <w:b/>
          <w:sz w:val="22"/>
        </w:rPr>
        <w:t>Begründung:</w:t>
      </w:r>
    </w:p>
    <w:p>
      <w:r>
        <w:rPr>
          <w:b w:val="0"/>
          <w:sz w:val="22"/>
        </w:rPr>
        <w:t>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</w:t>
      </w:r>
    </w:p>
    <w:p/>
    <w:p>
      <w:r>
        <w:rPr>
          <w:b w:val="0"/>
          <w:sz w:val="22"/>
        </w:rPr>
        <w:t>Ich erkläre, dass ich die Gesellschaft weder schädigen möchte noch durch die Entlassung Nachteile entstehen.</w:t>
      </w:r>
    </w:p>
    <w:p/>
    <w:p/>
    <w:p>
      <w:r>
        <w:rPr>
          <w:b/>
          <w:sz w:val="22"/>
        </w:rPr>
        <w:t>Rechtliche Grundlagen:</w:t>
      </w:r>
    </w:p>
    <w:p>
      <w:r>
        <w:rPr>
          <w:b w:val="0"/>
          <w:sz w:val="22"/>
        </w:rPr>
        <w:t>§ 2 Abs. 3 des Gesellschaftsvertrags / entsprechende gesetzliche Regelungen</w:t>
      </w:r>
    </w:p>
    <w:p/>
    <w:p>
      <w:r>
        <w:rPr>
          <w:b w:val="0"/>
          <w:sz w:val="22"/>
        </w:rPr>
        <w:t>Ich bitte höflich um wohlwollende Prüfung und Entscheidung über meinen Antrag.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Amtsgericht / zuständige Stelle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/>
    <w:p/>
    <w:p>
      <w:r>
        <w:rPr>
          <w:b w:val="0"/>
          <w:sz w:val="22"/>
        </w:rPr>
        <w:t>Ort: ___________________________________________</w:t>
      </w:r>
    </w:p>
    <w:p>
      <w:r>
        <w:rPr>
          <w:b w:val="0"/>
          <w:sz w:val="22"/>
        </w:rPr>
        <w:t>Datum: 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https://justiz-experte.com/antrag-auf-2-3-entlassung/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antrag-auf-2-3-entlassung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