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ANTRAG AUF AUSKUNFT AUS DEM POLIZEILICHEN FÜHRUNGSZEUGNIS</w:t>
      </w:r>
    </w:p>
    <w:p/>
    <w:p/>
    <w:p>
      <w:r>
        <w:rPr>
          <w:b/>
          <w:sz w:val="20"/>
        </w:rPr>
        <w:t>Angaben zum Antragsteller:</w:t>
      </w:r>
    </w:p>
    <w:p>
      <w:r>
        <w:rPr>
          <w:b w:val="0"/>
          <w:sz w:val="20"/>
        </w:rPr>
        <w:t>Vorname, Name: ________________________________________________</w:t>
      </w:r>
    </w:p>
    <w:p>
      <w:r>
        <w:rPr>
          <w:b w:val="0"/>
          <w:sz w:val="20"/>
        </w:rPr>
        <w:t>Geburtsdatum: _________________________________________________</w:t>
      </w:r>
    </w:p>
    <w:p>
      <w:r>
        <w:rPr>
          <w:b w:val="0"/>
          <w:sz w:val="20"/>
        </w:rPr>
        <w:t>Geburtsort: ____________________________________________________</w:t>
      </w:r>
    </w:p>
    <w:p>
      <w:r>
        <w:rPr>
          <w:b w:val="0"/>
          <w:sz w:val="20"/>
        </w:rPr>
        <w:t>Anschrift: _____________________________________________________</w:t>
      </w:r>
    </w:p>
    <w:p>
      <w:r>
        <w:rPr>
          <w:b w:val="0"/>
          <w:sz w:val="20"/>
        </w:rPr>
        <w:t>Telefon / E-Mail (optional): _____________________________________</w:t>
      </w:r>
    </w:p>
    <w:p/>
    <w:p>
      <w:r>
        <w:rPr>
          <w:b/>
          <w:sz w:val="20"/>
        </w:rPr>
        <w:t>Zweck der Auskunftserteilung:</w:t>
      </w:r>
    </w:p>
    <w:p>
      <w:r>
        <w:rPr>
          <w:b w:val="0"/>
          <w:sz w:val="20"/>
        </w:rPr>
        <w:t>________________________________________________________________</w:t>
      </w:r>
    </w:p>
    <w:p>
      <w:r>
        <w:rPr>
          <w:b w:val="0"/>
          <w:sz w:val="20"/>
        </w:rPr>
        <w:t>________________________________________________________________</w:t>
      </w:r>
    </w:p>
    <w:p/>
    <w:p>
      <w:r>
        <w:rPr>
          <w:b/>
          <w:sz w:val="20"/>
        </w:rPr>
        <w:t>Rechtsgrundlage (§ 30 BZRG):</w:t>
      </w:r>
    </w:p>
    <w:p>
      <w:r>
        <w:rPr>
          <w:b w:val="0"/>
          <w:sz w:val="20"/>
        </w:rPr>
        <w:t>Die Auskunft wird beantragt gemäß § 30 Bundeszentralregistergesetz (BZRG) zum Nachweis der persönlichen Zuverlässigkeit.</w:t>
      </w:r>
    </w:p>
    <w:p/>
    <w:p>
      <w:r>
        <w:rPr>
          <w:b/>
          <w:sz w:val="20"/>
        </w:rPr>
        <w:t>Erklärung:</w:t>
      </w:r>
    </w:p>
    <w:p>
      <w:r>
        <w:rPr>
          <w:b w:val="0"/>
          <w:sz w:val="20"/>
        </w:rPr>
        <w:t>Hiermit beantrage ich die Erteilung einer Auskunft aus dem polizeilichen Führungszeugnis. Ich versichere, dass die gemachten Angaben wahrheitsgemäß und vollständig sind. Mir ist bekannt, dass unrichtige oder unvollständige Angaben strafbar sein können.</w:t>
      </w:r>
    </w:p>
    <w:p/>
    <w:p>
      <w:r>
        <w:rPr>
          <w:b/>
          <w:sz w:val="20"/>
        </w:rPr>
        <w:t>Datenschutzhinweis:</w:t>
      </w:r>
    </w:p>
    <w:p>
      <w:r>
        <w:rPr>
          <w:b w:val="0"/>
          <w:sz w:val="20"/>
        </w:rPr>
        <w:t>Die im Antrag erhobenen personenbezogenen Daten werden ausschließlich zum Zwecke der Auskunftserteilung verarbeitet und unterliegen den Bestimmungen der Datenschutz-Grundverordnung (DSGVO) sowie des Bundesdatenschutzgesetzes (BDSG).</w:t>
      </w:r>
    </w:p>
    <w:p/>
    <w:p/>
    <w:p>
      <w:r>
        <w:rPr>
          <w:b w:val="0"/>
          <w:sz w:val="20"/>
        </w:rPr>
        <w:t>Ort: __________________________________________________________</w:t>
      </w:r>
    </w:p>
    <w:p>
      <w:r>
        <w:rPr>
          <w:b w:val="0"/>
          <w:sz w:val="20"/>
        </w:rPr>
        <w:t>Datum: 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Antragsteller</w:t>
            </w:r>
          </w:p>
        </w:tc>
      </w:tr>
      <w:tr>
        <w:tc>
          <w:tcPr>
            <w:tcW w:type="dxa" w:w="9972"/>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https://justiz-experte.com/antrag-auf-auskunft-polizei/</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https://justiz-experte.com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justiz-experte.com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stiz-experte.com/antrag-auf-auskunft-polizei/" TargetMode="External"/><Relationship Id="rId10" Type="http://schemas.openxmlformats.org/officeDocument/2006/relationships/hyperlink" Target="https://justiz-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