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ENTFRISTUNG DES MIETVERHÄLTNISSES</w:t>
      </w:r>
    </w:p>
    <w:p/>
    <w:p/>
    <w:p>
      <w:r>
        <w:rPr>
          <w:b/>
          <w:sz w:val="22"/>
        </w:rPr>
        <w:t>Name und Anschrift des Antragstellers: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>
      <w:r>
        <w:rPr>
          <w:b w:val="0"/>
          <w:sz w:val="22"/>
        </w:rPr>
        <w:t>Telefon: 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>
      <w:r>
        <w:rPr>
          <w:b/>
          <w:sz w:val="22"/>
        </w:rPr>
        <w:t>Name und Anschrift des Vermieters: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/>
    <w:p>
      <w:r>
        <w:rPr>
          <w:b/>
          <w:sz w:val="22"/>
        </w:rPr>
        <w:t>Angaben zum Mietobjekt:</w:t>
      </w:r>
    </w:p>
    <w:p>
      <w:r>
        <w:rPr>
          <w:b w:val="0"/>
          <w:sz w:val="22"/>
        </w:rPr>
        <w:t>Adresse der Wohnung / Immobilie: _______________________________________</w:t>
      </w:r>
    </w:p>
    <w:p>
      <w:r>
        <w:rPr>
          <w:b w:val="0"/>
          <w:sz w:val="22"/>
        </w:rPr>
        <w:t>Wohnungsnummer / Bezeichnung: __________________________________________</w:t>
      </w:r>
    </w:p>
    <w:p>
      <w:r>
        <w:rPr>
          <w:b w:val="0"/>
          <w:sz w:val="22"/>
        </w:rPr>
        <w:t>Mietvertragsbeginn: ___________________________________________________</w:t>
      </w:r>
    </w:p>
    <w:p>
      <w:r>
        <w:rPr>
          <w:b w:val="0"/>
          <w:sz w:val="22"/>
        </w:rPr>
        <w:t>Der Mietvertrag wurde abgeschlossen für (bitte ankreuzen):</w:t>
      </w:r>
    </w:p>
    <w:p>
      <w:r>
        <w:rPr>
          <w:sz w:val="22"/>
        </w:rPr>
        <w:t>□ Unbefristete Mietvertragsdauer</w:t>
        <w:br/>
      </w:r>
      <w:r>
        <w:rPr>
          <w:sz w:val="22"/>
        </w:rPr>
        <w:t>□ Befristete Mietvertragsdauer mit Enddatum: ___________________________</w:t>
      </w:r>
    </w:p>
    <w:p/>
    <w:p>
      <w:r>
        <w:rPr>
          <w:b/>
          <w:sz w:val="22"/>
        </w:rPr>
        <w:t>Begründung des Antrags auf Entfristung: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>
      <w:r>
        <w:rPr>
          <w:b/>
          <w:sz w:val="22"/>
        </w:rPr>
        <w:t>Rechtliche Hinweise:</w:t>
      </w:r>
    </w:p>
    <w:p>
      <w:r>
        <w:rPr>
          <w:b w:val="0"/>
          <w:sz w:val="22"/>
        </w:rPr>
        <w:t>Gemäß § 575 BGB kann ein befristeter Mietvertrag auf Antrag des Mieters entfristet werden, wenn ein wichtiger Grund vorliegt, der eine Fortsetzung des Mietverhältnisses über die Befristung hinaus rechtfertigt.</w:t>
      </w:r>
    </w:p>
    <w:p>
      <w:r>
        <w:rPr>
          <w:b w:val="0"/>
          <w:sz w:val="22"/>
        </w:rPr>
        <w:t>Der Vermieter ist verpflichtet, dem Antrag zuzustimmen, sofern kein berechtigtes Interesse an der Befristung mehr besteht.</w:t>
      </w:r>
    </w:p>
    <w:p/>
    <w:p>
      <w:r>
        <w:rPr>
          <w:b/>
          <w:sz w:val="22"/>
        </w:rPr>
        <w:t>Erklärung des Antragstellers:</w:t>
      </w:r>
    </w:p>
    <w:p>
      <w:r>
        <w:rPr>
          <w:b w:val="0"/>
          <w:sz w:val="22"/>
        </w:rPr>
        <w:t>Hiermit beantrage ich die Entfristung des bestehenden Mietverhältnisses zum oben genannten Mietobjekt.</w:t>
      </w:r>
    </w:p>
    <w:p>
      <w:r>
        <w:rPr>
          <w:b w:val="0"/>
          <w:sz w:val="22"/>
        </w:rPr>
        <w:t>Mir ist bekannt, dass der Vermieter dem Antrag zustimmen muss, sofern kein berechtigtes Interesse an der Befristung mehr vorliegt.</w:t>
      </w:r>
    </w:p>
    <w:p>
      <w:r>
        <w:rPr>
          <w:b w:val="0"/>
          <w:sz w:val="22"/>
        </w:rPr>
        <w:t>Ich versichere, dass alle gemachten Angaben wahrheitsgemäß und vollständig sind.</w:t>
      </w:r>
    </w:p>
    <w:p/>
    <w:p/>
    <w:p>
      <w:r>
        <w:rPr>
          <w:b w:val="0"/>
          <w:sz w:val="22"/>
        </w:rPr>
        <w:t>Ort: _________________________________________________________________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https://justiz-experte.com/antrag-auf-entfristung/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antrag-auf-entfristung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