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STUFENLAUFZEITVERKÜRZUNG</w:t>
      </w:r>
    </w:p>
    <w:p/>
    <w:p/>
    <w:p>
      <w:r>
        <w:rPr>
          <w:b/>
          <w:sz w:val="22"/>
        </w:rPr>
        <w:t>Antragsteller: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Adresse: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E-Mail:</w:t>
      </w:r>
    </w:p>
    <w:p/>
    <w:p/>
    <w:p>
      <w:r>
        <w:rPr>
          <w:b/>
          <w:sz w:val="22"/>
        </w:rPr>
        <w:t>Vertragspartner / Vertrag:</w:t>
      </w:r>
    </w:p>
    <w:p>
      <w:r>
        <w:rPr>
          <w:b w:val="0"/>
          <w:sz w:val="22"/>
        </w:rPr>
        <w:t>Vertragspartner Name:</w:t>
      </w:r>
    </w:p>
    <w:p>
      <w:r>
        <w:rPr>
          <w:b w:val="0"/>
          <w:sz w:val="22"/>
        </w:rPr>
        <w:t>Vertragsnummer:</w:t>
      </w:r>
    </w:p>
    <w:p>
      <w:r>
        <w:rPr>
          <w:b w:val="0"/>
          <w:sz w:val="22"/>
        </w:rPr>
        <w:t>Vertragsbeginn:</w:t>
      </w:r>
    </w:p>
    <w:p/>
    <w:p/>
    <w:p>
      <w:r>
        <w:rPr>
          <w:b/>
          <w:sz w:val="22"/>
        </w:rPr>
        <w:t>Hiermit beantrage ich die Verkürzung der Stufenlaufzeit gemäß den vertraglichen Bedingungen und den gesetzlichen Vorschriften.</w:t>
      </w:r>
    </w:p>
    <w:p/>
    <w:p>
      <w:r>
        <w:rPr>
          <w:b/>
          <w:sz w:val="22"/>
        </w:rPr>
        <w:t>Die beantragte Laufzeitverkürzung soll wie folgt erfolgen:</w:t>
      </w:r>
    </w:p>
    <w:p>
      <w:r>
        <w:rPr>
          <w:b w:val="0"/>
          <w:sz w:val="22"/>
        </w:rPr>
        <w:t>Neue Laufzeit (in Monaten):</w:t>
      </w:r>
    </w:p>
    <w:p>
      <w:r>
        <w:rPr>
          <w:b w:val="0"/>
          <w:sz w:val="22"/>
        </w:rPr>
        <w:t>Begründung:</w:t>
      </w:r>
    </w:p>
    <w:p/>
    <w:p/>
    <w:p>
      <w:r>
        <w:rPr>
          <w:b/>
          <w:sz w:val="22"/>
        </w:rPr>
        <w:t>Ich bestätige, dass ich die Folgen der Laufzeitverkürzung verstanden habe und die damit verbundenen Rechte und Pflichten akzeptiere.</w:t>
      </w:r>
    </w:p>
    <w:p/>
    <w:p/>
    <w:p>
      <w:r>
        <w:rPr>
          <w:b/>
          <w:sz w:val="22"/>
        </w:rPr>
        <w:t>Mit freundlichen Grüßen,</w:t>
      </w:r>
    </w:p>
    <w:p/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Datum: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https://justiz-experte.com/antrag-auf-stufenlaufzeitverkurzung/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auf-stufenlaufzeitverkurzung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