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BESTELLUNG EINES VORMUNDS</w:t>
      </w:r>
    </w:p>
    <w:p/>
    <w:p/>
    <w:p>
      <w:r>
        <w:rPr>
          <w:b/>
          <w:sz w:val="22"/>
        </w:rPr>
        <w:t>1. Angaben zur antragstellenden Person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2"/>
        </w:rPr>
        <w:t>2. Angaben zur Person, für die die Vormundschaft/Betreuung beantragt wird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 (sofern abweichend):</w:t>
      </w:r>
    </w:p>
    <w:p/>
    <w:p>
      <w:r>
        <w:rPr>
          <w:b/>
          <w:sz w:val="22"/>
        </w:rPr>
        <w:t>3. Grund für den Antrag auf Vormundschaft/Betreuung</w:t>
      </w:r>
    </w:p>
    <w:p>
      <w:r>
        <w:rPr>
          <w:b w:val="0"/>
          <w:sz w:val="22"/>
        </w:rPr>
        <w:t>Bitte schildern Sie hier ausführlich die Situation und die Gründe, warum eine Vormundschaft/Betreuung notwendig ist.</w:t>
      </w:r>
    </w:p>
    <w:p>
      <w:r>
        <w:rPr>
          <w:b w:val="0"/>
          <w:sz w:val="22"/>
        </w:rPr>
        <w:t>(z.B. Minderjährigkeit ohne elterliche Sorge, fehlende Geschäftsfähigkeit, Krankheit, Behinderung, Vernachlässigung, etc.)</w:t>
      </w:r>
    </w:p>
    <w:p/>
    <w:p/>
    <w:p/>
    <w:p/>
    <w:p/>
    <w:p/>
    <w:p>
      <w:r>
        <w:rPr>
          <w:b/>
          <w:sz w:val="22"/>
        </w:rPr>
        <w:t>4. Gewünschter Umfang der Vormundschaft/Betreuung</w:t>
      </w:r>
    </w:p>
    <w:p>
      <w:r>
        <w:rPr>
          <w:b w:val="0"/>
          <w:sz w:val="22"/>
        </w:rPr>
        <w:t>Bitte ankreuzen oder beschreiben:</w:t>
      </w:r>
    </w:p>
    <w:p>
      <w:r>
        <w:rPr>
          <w:b w:val="0"/>
          <w:sz w:val="22"/>
        </w:rPr>
        <w:t>- Personensorge</w:t>
      </w:r>
    </w:p>
    <w:p>
      <w:r>
        <w:rPr>
          <w:b w:val="0"/>
          <w:sz w:val="22"/>
        </w:rPr>
        <w:t>- Vermögenssorge</w:t>
      </w:r>
    </w:p>
    <w:p>
      <w:r>
        <w:rPr>
          <w:b w:val="0"/>
          <w:sz w:val="22"/>
        </w:rPr>
        <w:t>- Gesundheitsfürsorge</w:t>
      </w:r>
    </w:p>
    <w:p>
      <w:r>
        <w:rPr>
          <w:b w:val="0"/>
          <w:sz w:val="22"/>
        </w:rPr>
        <w:t>- Aufenthaltsbestimmung</w:t>
      </w:r>
    </w:p>
    <w:p>
      <w:r>
        <w:rPr>
          <w:b w:val="0"/>
          <w:sz w:val="22"/>
        </w:rPr>
        <w:t>- Sonstige (bitte genau angeben):</w:t>
      </w:r>
    </w:p>
    <w:p/>
    <w:p/>
    <w:p/>
    <w:p/>
    <w:p>
      <w:r>
        <w:rPr>
          <w:b/>
          <w:sz w:val="22"/>
        </w:rPr>
        <w:t>5. Angaben zu weiteren nahestehenden Personen (z.B. Eltern, Verwandte, sonstige Bezugspersonen)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Verwandtschaftsverhältnis: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/>
    <w:p/>
    <w:p>
      <w:r>
        <w:rPr>
          <w:b/>
          <w:sz w:val="22"/>
        </w:rPr>
        <w:t>6. Angaben zur Vermögenssituation</w:t>
      </w:r>
    </w:p>
    <w:p>
      <w:r>
        <w:rPr>
          <w:b w:val="0"/>
          <w:sz w:val="22"/>
        </w:rPr>
        <w:t>Bitte geben Sie vorhandenes Vermögen, Einkommen und mögliche Verbindlichkeiten an, soweit bekannt.</w:t>
      </w:r>
    </w:p>
    <w:p/>
    <w:p/>
    <w:p/>
    <w:p/>
    <w:p>
      <w:r>
        <w:rPr>
          <w:b/>
          <w:sz w:val="22"/>
        </w:rPr>
        <w:t>7. Erklärung zur Einwilligung</w:t>
      </w:r>
    </w:p>
    <w:p>
      <w:r>
        <w:rPr>
          <w:b w:val="0"/>
          <w:sz w:val="22"/>
        </w:rPr>
        <w:t>Hiermit erkläre ich, dass ich den Antrag wahrheitsgemäß und vollständig gestellt habe und die Bestellung eines Vormunds/Betreuers im Interesse der betroffenen Person liegt.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Betroffene Person / Vormund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/>
    <w:p/>
    <w:p>
      <w:pPr>
        <w:jc w:val="center"/>
      </w:pPr>
      <w:r>
        <w:rPr>
          <w:b w:val="0"/>
          <w:sz w:val="22"/>
        </w:rPr>
        <w:t>Bitte reichen Sie diesen Antrag beim zuständigen Vormundschaftsgericht ein.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https://justiz-experte.com/antrag-auf-vormundschaft/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auf-vormundschaft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