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WERTFORTSCHREIBUNG</w:t>
      </w:r>
    </w:p>
    <w:p/>
    <w:p/>
    <w:p>
      <w:r>
        <w:rPr>
          <w:b/>
          <w:sz w:val="24"/>
        </w:rPr>
        <w:t>1. Angaben zum Antragsteller</w:t>
      </w:r>
    </w:p>
    <w:p>
      <w:r>
        <w:rPr>
          <w:b w:val="0"/>
          <w:sz w:val="22"/>
        </w:rPr>
        <w:t>Name: __________________________________________________________</w:t>
      </w:r>
    </w:p>
    <w:p>
      <w:r>
        <w:rPr>
          <w:b w:val="0"/>
          <w:sz w:val="22"/>
        </w:rPr>
        <w:t>Anschrift: ______________________________________________________</w:t>
      </w:r>
    </w:p>
    <w:p>
      <w:r>
        <w:rPr>
          <w:b w:val="0"/>
          <w:sz w:val="22"/>
        </w:rPr>
        <w:t>Telefon / E-Mail: _______________________________________________</w:t>
      </w:r>
    </w:p>
    <w:p/>
    <w:p>
      <w:r>
        <w:rPr>
          <w:b/>
          <w:sz w:val="24"/>
        </w:rPr>
        <w:t>2. Angaben zum Objekt</w:t>
      </w:r>
    </w:p>
    <w:p>
      <w:r>
        <w:rPr>
          <w:b w:val="0"/>
          <w:sz w:val="22"/>
        </w:rPr>
        <w:t>Adresse des Objekts: ____________________________________________</w:t>
      </w:r>
    </w:p>
    <w:p>
      <w:r>
        <w:rPr>
          <w:b w:val="0"/>
          <w:sz w:val="22"/>
        </w:rPr>
        <w:t>Grundbuchblatt / Flurstück: _____________________________________</w:t>
      </w:r>
    </w:p>
    <w:p>
      <w:r>
        <w:rPr>
          <w:b w:val="0"/>
          <w:sz w:val="22"/>
        </w:rPr>
        <w:t>Art des Objekts (z.B. Wohngebäude, Gewerbeimmobilie): ___________</w:t>
      </w:r>
    </w:p>
    <w:p/>
    <w:p>
      <w:r>
        <w:rPr>
          <w:b/>
          <w:sz w:val="24"/>
        </w:rPr>
        <w:t>3. Aktueller Wert der Immobilie</w:t>
      </w:r>
    </w:p>
    <w:p>
      <w:r>
        <w:rPr>
          <w:b w:val="0"/>
          <w:sz w:val="22"/>
        </w:rPr>
        <w:t>Bisheriger Wert (in Euro): _______________________________________</w:t>
      </w:r>
    </w:p>
    <w:p>
      <w:r>
        <w:rPr>
          <w:b w:val="0"/>
          <w:sz w:val="22"/>
        </w:rPr>
        <w:t>Datum der letzten Bewertung: ____________________________________</w:t>
      </w:r>
    </w:p>
    <w:p/>
    <w:p>
      <w:r>
        <w:rPr>
          <w:b/>
          <w:sz w:val="24"/>
        </w:rPr>
        <w:t>4. Begründung für die Wertfortschreibung</w:t>
      </w:r>
    </w:p>
    <w:p>
      <w:r>
        <w:rPr>
          <w:b w:val="0"/>
          <w:sz w:val="22"/>
        </w:rPr>
        <w:t>Bitte beschreiben Sie ausführlich, welche Änderungen oder Maßnahmen</w:t>
      </w:r>
    </w:p>
    <w:p>
      <w:r>
        <w:rPr>
          <w:b w:val="0"/>
          <w:sz w:val="22"/>
        </w:rPr>
        <w:t>zur Wertsteigerung geführt haben oder führen werden (z.B. Renovierung,</w:t>
      </w:r>
    </w:p>
    <w:p>
      <w:r>
        <w:rPr>
          <w:b w:val="0"/>
          <w:sz w:val="22"/>
        </w:rPr>
        <w:t>Modernisierung, Ausbau, Nutzungsänderung, sonstige wertsteigernde Maßnahmen):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/>
    <w:p>
      <w:r>
        <w:rPr>
          <w:b/>
          <w:sz w:val="24"/>
        </w:rPr>
        <w:t>5. Angaben zu durchgeführten Maßnahmen</w:t>
      </w:r>
    </w:p>
    <w:p>
      <w:r>
        <w:rPr>
          <w:b w:val="0"/>
          <w:sz w:val="22"/>
        </w:rPr>
        <w:t>Art der Maßnahme: ________________________________________________</w:t>
      </w:r>
    </w:p>
    <w:p>
      <w:r>
        <w:rPr>
          <w:b w:val="0"/>
          <w:sz w:val="22"/>
        </w:rPr>
        <w:t>Zeitraum der Maßnahme: __________________________________________</w:t>
      </w:r>
    </w:p>
    <w:p>
      <w:r>
        <w:rPr>
          <w:b w:val="0"/>
          <w:sz w:val="22"/>
        </w:rPr>
        <w:t>Kosten der Maßnahme (Belege ggf. beifügen): ______________________</w:t>
      </w:r>
    </w:p>
    <w:p/>
    <w:p>
      <w:r>
        <w:rPr>
          <w:b/>
          <w:sz w:val="24"/>
        </w:rPr>
        <w:t>6. Erklärung</w:t>
      </w:r>
    </w:p>
    <w:p>
      <w:r>
        <w:rPr>
          <w:b w:val="0"/>
          <w:sz w:val="22"/>
        </w:rPr>
        <w:t>Hiermit beantrage ich die Wertfortschreibung des oben genannten Objekts.</w:t>
      </w:r>
    </w:p>
    <w:p>
      <w:r>
        <w:rPr>
          <w:b w:val="0"/>
          <w:sz w:val="22"/>
        </w:rPr>
        <w:t>Mir ist bekannt, dass falsche Angaben rechtliche Konsequenzen nach sich ziehen können.</w:t>
      </w:r>
    </w:p>
    <w:p>
      <w:r>
        <w:rPr>
          <w:b w:val="0"/>
          <w:sz w:val="22"/>
        </w:rPr>
        <w:t>Ich versichere, dass die gemachten Angaben vollständig und wahrheitsgemäß sind.</w:t>
      </w:r>
    </w:p>
    <w:p/>
    <w:p/>
    <w:p>
      <w:r>
        <w:rPr>
          <w:b w:val="0"/>
          <w:sz w:val="22"/>
        </w:rPr>
        <w:t>Ort: 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2"/>
              </w:rPr>
              <w:t>Unterschrift Antragsteller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2"/>
              </w:rP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https://justiz-experte.com/antrag-auf-wertfortschreibung/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antrag-auf-wertfortschreibung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