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BETREUUNGSGERICHTLICHE GENEHMIGUNG ZUM HAUSVERKAUF</w:t>
      </w:r>
    </w:p>
    <w:p/>
    <w:p/>
    <w:p>
      <w:r>
        <w:rPr>
          <w:b/>
          <w:sz w:val="22"/>
        </w:rPr>
        <w:t>1. Antragsteller: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</w:t>
      </w:r>
    </w:p>
    <w:p/>
    <w:p>
      <w:r>
        <w:rPr>
          <w:b/>
          <w:sz w:val="22"/>
        </w:rPr>
        <w:t>2. Betreute Person: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</w:t>
      </w:r>
    </w:p>
    <w:p/>
    <w:p>
      <w:r>
        <w:rPr>
          <w:b/>
          <w:sz w:val="22"/>
        </w:rPr>
        <w:t>3. Betreuer: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>
      <w:r>
        <w:rPr>
          <w:b w:val="0"/>
          <w:sz w:val="22"/>
        </w:rPr>
        <w:t>Bestellt am/Urteil vom: _______________________________________________</w:t>
      </w:r>
    </w:p>
    <w:p/>
    <w:p>
      <w:r>
        <w:rPr>
          <w:b/>
          <w:sz w:val="22"/>
        </w:rPr>
        <w:t>4. Beschreibung der zu veräußernden Immobilie:</w:t>
      </w:r>
    </w:p>
    <w:p>
      <w:r>
        <w:rPr>
          <w:b w:val="0"/>
          <w:sz w:val="22"/>
        </w:rPr>
        <w:t>Adresse: ______________________________________________________________</w:t>
      </w:r>
    </w:p>
    <w:p>
      <w:r>
        <w:rPr>
          <w:b w:val="0"/>
          <w:sz w:val="22"/>
        </w:rPr>
        <w:t>Grundbuchblatt-Nr.: ___________________________________________________</w:t>
      </w:r>
    </w:p>
    <w:p>
      <w:r>
        <w:rPr>
          <w:b w:val="0"/>
          <w:sz w:val="22"/>
        </w:rPr>
        <w:t>Flurstück(e): _________________________________________________________</w:t>
      </w:r>
    </w:p>
    <w:p/>
    <w:p>
      <w:r>
        <w:rPr>
          <w:b/>
          <w:sz w:val="22"/>
        </w:rPr>
        <w:t>5. Verkaufsabsicht:</w:t>
      </w:r>
    </w:p>
    <w:p>
      <w:r>
        <w:rPr>
          <w:b w:val="0"/>
          <w:sz w:val="22"/>
        </w:rPr>
        <w:t>Hiermit beantrage ich die Genehmigung des Betreuungsgerichts zum Verkauf der oben beschriebenen Immobilie.</w:t>
      </w:r>
    </w:p>
    <w:p>
      <w:r>
        <w:rPr>
          <w:b w:val="0"/>
          <w:sz w:val="22"/>
        </w:rPr>
        <w:t>Der Verkauf erfolgt im Interesse der betreuten Person und dient der Deckung ihrer finanziellen Bedürfnisse.</w:t>
      </w:r>
    </w:p>
    <w:p/>
    <w:p>
      <w:r>
        <w:rPr>
          <w:b/>
          <w:sz w:val="22"/>
        </w:rPr>
        <w:t>6. Geplanter Verkaufspreis:</w:t>
      </w:r>
    </w:p>
    <w:p>
      <w:r>
        <w:rPr>
          <w:b w:val="0"/>
          <w:sz w:val="22"/>
        </w:rPr>
        <w:t>Verkaufspreis: _______________________________________________________</w:t>
      </w:r>
    </w:p>
    <w:p/>
    <w:p>
      <w:r>
        <w:rPr>
          <w:b/>
          <w:sz w:val="22"/>
        </w:rPr>
        <w:t>7. Käufer der Immobilie: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/>
    <w:p>
      <w:r>
        <w:rPr>
          <w:b/>
          <w:sz w:val="22"/>
        </w:rPr>
        <w:t>8. Begründung und Umstände des Verkaufs: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/>
    <w:p>
      <w:r>
        <w:rPr>
          <w:b/>
          <w:sz w:val="22"/>
        </w:rPr>
        <w:t>9. Erklärung zur Wirtschaftlichkeit:</w:t>
      </w:r>
    </w:p>
    <w:p>
      <w:r>
        <w:rPr>
          <w:b w:val="0"/>
          <w:sz w:val="22"/>
        </w:rPr>
        <w:t>Der Verkauf erfolgt zu einem angemessenen Preis und ist wirtschaftlich sinnvoll.</w:t>
      </w:r>
    </w:p>
    <w:p>
      <w:r>
        <w:rPr>
          <w:b w:val="0"/>
          <w:sz w:val="22"/>
        </w:rPr>
        <w:t>Die Verwendung des Verkaufserlöses erfolgt ausschließlich zum Wohl der betreuten Person.</w:t>
      </w:r>
    </w:p>
    <w:p/>
    <w:p>
      <w:r>
        <w:rPr>
          <w:b/>
          <w:sz w:val="22"/>
        </w:rPr>
        <w:t>10. Dem Antrag beigefügte Unterlagen:</w:t>
      </w:r>
    </w:p>
    <w:p>
      <w:r>
        <w:rPr>
          <w:b w:val="0"/>
          <w:sz w:val="22"/>
        </w:rPr>
        <w:t>- Grundbuchauszug</w:t>
      </w:r>
    </w:p>
    <w:p>
      <w:r>
        <w:rPr>
          <w:b w:val="0"/>
          <w:sz w:val="22"/>
        </w:rPr>
        <w:t>- Kaufvertragsentwurf</w:t>
      </w:r>
    </w:p>
    <w:p>
      <w:r>
        <w:rPr>
          <w:b w:val="0"/>
          <w:sz w:val="22"/>
        </w:rPr>
        <w:t>- Gutachten zum Verkehrswert der Immobilie</w:t>
      </w:r>
    </w:p>
    <w:p/>
    <w:p>
      <w:r>
        <w:rPr>
          <w:b/>
          <w:sz w:val="22"/>
        </w:rPr>
        <w:t>Ich bestätige, dass ich diesen Antrag wahrheitsgemäß und vollständig gestellt habe.</w:t>
      </w:r>
    </w:p>
    <w:p/>
    <w:p/>
    <w:p/>
    <w:p>
      <w:r>
        <w:rPr>
          <w:b w:val="0"/>
          <w:sz w:val="22"/>
        </w:rPr>
        <w:t>Ort: _________________________________________________________________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 / Betreuer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Betreute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https://justiz-experte.com/antrag-betreuungsgerichtliche-genehmigung-hausverkauf/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antrag-betreuungsgerichtliche-genehmigung-hausverkauf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