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ANTRAG AUF AUFRECHTERHALTUNG DES VERSÄUMNISURTEILS</w:t>
      </w:r>
    </w:p>
    <w:p/>
    <w:p/>
    <w:p>
      <w:r>
        <w:rPr>
          <w:b/>
          <w:sz w:val="22"/>
        </w:rPr>
        <w:t>An das zuständige Gericht:</w:t>
      </w:r>
    </w:p>
    <w:p>
      <w:r>
        <w:t>______________________________</w:t>
      </w:r>
    </w:p>
    <w:p/>
    <w:p>
      <w:r>
        <w:rPr>
          <w:b/>
          <w:sz w:val="22"/>
        </w:rPr>
        <w:t>Aktenzeichen:</w:t>
      </w:r>
    </w:p>
    <w:p>
      <w:r>
        <w:t>______________________________</w:t>
      </w:r>
    </w:p>
    <w:p/>
    <w:p/>
    <w:p>
      <w:r>
        <w:rPr>
          <w:b/>
          <w:sz w:val="22"/>
        </w:rPr>
        <w:t>Antragsteller:</w:t>
      </w:r>
    </w:p>
    <w:p>
      <w:r>
        <w:t>Name: _____________________________________________________________</w:t>
      </w:r>
    </w:p>
    <w:p>
      <w:r>
        <w:t>Anschrift: __________________________________________________________</w:t>
      </w:r>
    </w:p>
    <w:p>
      <w:r>
        <w:t>Telefon / E-Mail: ___________________________________________________</w:t>
      </w:r>
    </w:p>
    <w:p/>
    <w:p/>
    <w:p>
      <w:r>
        <w:rPr>
          <w:b/>
          <w:sz w:val="22"/>
        </w:rPr>
        <w:t>Bevollmächtigter (z.B. Rechtsanwalt):</w:t>
      </w:r>
    </w:p>
    <w:p>
      <w:r>
        <w:t>Name: _____________________________________________________________</w:t>
      </w:r>
    </w:p>
    <w:p>
      <w:r>
        <w:t>Anschrift: __________________________________________________________</w:t>
      </w:r>
    </w:p>
    <w:p>
      <w:r>
        <w:t>Telefon / E-Mail: ___________________________________________________</w:t>
      </w:r>
    </w:p>
    <w:p/>
    <w:p/>
    <w:p>
      <w:r>
        <w:rPr>
          <w:b/>
          <w:sz w:val="22"/>
        </w:rPr>
        <w:t>Gegner / Beklagte Partei:</w:t>
      </w:r>
    </w:p>
    <w:p>
      <w:r>
        <w:t>Name: _____________________________________________________________</w:t>
      </w:r>
    </w:p>
    <w:p>
      <w:r>
        <w:t>Anschrift: __________________________________________________________</w:t>
      </w:r>
    </w:p>
    <w:p/>
    <w:p/>
    <w:p>
      <w:r>
        <w:rPr>
          <w:b/>
          <w:sz w:val="22"/>
        </w:rPr>
        <w:t>Antrag:</w:t>
      </w:r>
    </w:p>
    <w:p>
      <w:r>
        <w:t>Hiermit beantrage ich die Aufrechterhaltung des Versäumnisurteils vom ________________ im Verfahren mit dem oben genannten Aktenzeichen.</w:t>
      </w:r>
    </w:p>
    <w:p/>
    <w:p/>
    <w:p>
      <w:r>
        <w:rPr>
          <w:b/>
          <w:sz w:val="22"/>
        </w:rPr>
        <w:t>Begründung:</w:t>
      </w:r>
    </w:p>
    <w:p>
      <w:r>
        <w:t>Die Voraussetzungen für die Aufrechterhaltung des Versäumnisurteils liegen vor, da der Beklagte trotz ordnungsgemäßer Ladung nicht erschienen ist und keine Gegenanzeige oder rechtzeitige Verteidigung vorgebracht hat.</w:t>
      </w:r>
    </w:p>
    <w:p/>
    <w:p>
      <w:r>
        <w:t>Weitere Begründungen bzw. Erläuterungen können hier vom Antragsteller individuell eingefügt werden:</w:t>
      </w:r>
    </w:p>
    <w:p>
      <w:r>
        <w:rPr>
          <w:b w:val="0"/>
          <w:sz w:val="22"/>
        </w:rPr>
        <w:t>______________________________________________________________________________________________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______________________________________________________________________________________________</w:t>
      </w:r>
    </w:p>
    <w:p/>
    <w:p/>
    <w:p>
      <w:r>
        <w:rPr>
          <w:b/>
          <w:sz w:val="22"/>
        </w:rPr>
        <w:t>Rechtsgrundlage:</w:t>
      </w:r>
    </w:p>
    <w:p>
      <w:r>
        <w:t>§ 331 Zivilprozessordnung (ZPO) – Versäumnisurteil und dessen Aufrechterhaltung</w:t>
      </w:r>
    </w:p>
    <w:p/>
    <w:p/>
    <w:p>
      <w:r>
        <w:rPr>
          <w:b/>
          <w:sz w:val="22"/>
        </w:rPr>
        <w:t>Ort:</w:t>
      </w:r>
    </w:p>
    <w:p>
      <w:r>
        <w:t>______________________________</w:t>
      </w:r>
    </w:p>
    <w:p>
      <w:r>
        <w:rPr>
          <w:b/>
          <w:sz w:val="22"/>
        </w:rPr>
        <w:t>Datum:</w:t>
      </w:r>
    </w:p>
    <w:p>
      <w:r>
        <w:t>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Antragsteller / Unterzeichner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Bevollmächtigter (falls vorhanden)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https://justiz-experte.com/antrag-versaumnisurteil-aufrechterhalten/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https://justiz-experte.com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justiz-experte.com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stiz-experte.com/antrag-versaumnisurteil-aufrechterhalten/" TargetMode="External"/><Relationship Id="rId10" Type="http://schemas.openxmlformats.org/officeDocument/2006/relationships/hyperlink" Target="https://justiz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