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ANTWORT AUF DAS ANWALTSSCHREIBEN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>
      <w:r>
        <w:rPr>
          <w:b/>
          <w:sz w:val="22"/>
        </w:rPr>
        <w:t>Empfänger (Anwaltskanzlei):</w:t>
      </w:r>
    </w:p>
    <w:p>
      <w:r>
        <w:rPr>
          <w:b w:val="0"/>
          <w:sz w:val="22"/>
        </w:rPr>
        <w:t>Name der Kanzlei:</w:t>
      </w:r>
    </w:p>
    <w:p>
      <w:r>
        <w:rPr>
          <w:b w:val="0"/>
          <w:sz w:val="22"/>
        </w:rPr>
        <w:t>Name des Anwalts:</w:t>
      </w:r>
    </w:p>
    <w:p>
      <w:r>
        <w:rPr>
          <w:b w:val="0"/>
          <w:sz w:val="22"/>
        </w:rPr>
        <w:t>Anschrift: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</w:r>
    </w:p>
    <w:p/>
    <w:p>
      <w:r>
        <w:rPr>
          <w:b w:val="0"/>
          <w:sz w:val="22"/>
        </w:rPr>
        <w:t>Sehr geehrte Damen und Herren,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hiermit nehme ich Bezug auf Ihr Schreiben vom ____________ und möchte wie folgt Stellung nehmen:</w:t>
      </w:r>
    </w:p>
    <w:p/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>
      <w:r>
        <w:rPr>
          <w:b w:val="0"/>
          <w:sz w:val="22"/>
        </w:rPr>
      </w:r>
    </w:p>
    <w:p/>
    <w:p>
      <w:r>
        <w:rPr>
          <w:b/>
          <w:sz w:val="22"/>
        </w:rPr>
        <w:t>Rechtliche Hinweise:</w:t>
      </w:r>
    </w:p>
    <w:p>
      <w:r>
        <w:rPr>
          <w:b w:val="0"/>
          <w:sz w:val="22"/>
        </w:rPr>
        <w:t>Die vorliegende Stellungnahme erfolgt unter Wahrung meiner Rechte und ohne Anerkennung einer Rechtspflicht.</w:t>
      </w:r>
    </w:p>
    <w:p>
      <w:r>
        <w:rPr>
          <w:b w:val="0"/>
          <w:sz w:val="22"/>
        </w:rPr>
        <w:t>Ich behalte mir vor, weitere rechtliche Schritte zu prüfen und gegebenenfalls einzuleiten.</w:t>
      </w:r>
    </w:p>
    <w:p/>
    <w:p>
      <w:r>
        <w:rPr>
          <w:b w:val="0"/>
          <w:sz w:val="22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Empfangsbestätigung Anwalt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https://justiz-experte.com/antwort-auf-anwaltsschreiben/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antwort-auf-anwaltsschreiben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