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AUFTRAG ZUR RECHTSANWALTSBEAUFTRAGUNG</w:t>
      </w:r>
    </w:p>
    <w:p/>
    <w:p/>
    <w:p>
      <w:r>
        <w:rPr>
          <w:b/>
          <w:sz w:val="24"/>
        </w:rPr>
        <w:t>Auftraggeber</w:t>
      </w:r>
    </w:p>
    <w:p>
      <w:r>
        <w:rPr>
          <w:b w:val="0"/>
          <w:sz w:val="22"/>
        </w:rPr>
        <w:t>Name:</w:t>
      </w:r>
    </w:p>
    <w:p>
      <w:r>
        <w:rPr>
          <w:b w:val="0"/>
          <w:sz w:val="22"/>
        </w:rPr>
        <w:t>Anschrift:</w:t>
      </w:r>
    </w:p>
    <w:p>
      <w:r>
        <w:rPr>
          <w:b w:val="0"/>
          <w:sz w:val="22"/>
        </w:rPr>
        <w:t>Telefon:</w:t>
      </w:r>
    </w:p>
    <w:p>
      <w:r>
        <w:rPr>
          <w:b w:val="0"/>
          <w:sz w:val="22"/>
        </w:rPr>
        <w:t>E-Mail:</w:t>
      </w:r>
    </w:p>
    <w:p/>
    <w:p>
      <w:r>
        <w:rPr>
          <w:b/>
          <w:sz w:val="24"/>
        </w:rPr>
        <w:t>Beauftragter Rechtsanwalt</w:t>
      </w:r>
    </w:p>
    <w:p>
      <w:r>
        <w:rPr>
          <w:b w:val="0"/>
          <w:sz w:val="22"/>
        </w:rPr>
        <w:t>Name:</w:t>
      </w:r>
    </w:p>
    <w:p>
      <w:r>
        <w:rPr>
          <w:b w:val="0"/>
          <w:sz w:val="22"/>
        </w:rPr>
        <w:t>Kanzlei / Firma:</w:t>
      </w:r>
    </w:p>
    <w:p>
      <w:r>
        <w:rPr>
          <w:b w:val="0"/>
          <w:sz w:val="22"/>
        </w:rPr>
        <w:t>Anschrift:</w:t>
      </w:r>
    </w:p>
    <w:p>
      <w:r>
        <w:rPr>
          <w:b w:val="0"/>
          <w:sz w:val="22"/>
        </w:rPr>
        <w:t>Telefon:</w:t>
      </w:r>
    </w:p>
    <w:p>
      <w:r>
        <w:rPr>
          <w:b w:val="0"/>
          <w:sz w:val="22"/>
        </w:rPr>
        <w:t>E-Mail:</w:t>
      </w:r>
    </w:p>
    <w:p/>
    <w:p>
      <w:r>
        <w:rPr>
          <w:b/>
          <w:sz w:val="24"/>
        </w:rPr>
        <w:t>Leistungsumfang</w:t>
      </w:r>
    </w:p>
    <w:p>
      <w:r>
        <w:rPr>
          <w:b w:val="0"/>
          <w:sz w:val="22"/>
        </w:rPr>
        <w:t>Der Auftraggeber beauftragt den Rechtsanwalt mit der rechtlichen Vertretung und Beratung in folgenden Angelegenheiten:</w:t>
      </w:r>
    </w:p>
    <w:p>
      <w:r>
        <w:rPr>
          <w:b w:val="0"/>
          <w:sz w:val="22"/>
        </w:rPr>
        <w:t>___________________________________________________________________________________________</w:t>
      </w:r>
    </w:p>
    <w:p>
      <w:r>
        <w:rPr>
          <w:b w:val="0"/>
          <w:sz w:val="22"/>
        </w:rPr>
        <w:t>___________________________________________________________________________________________</w:t>
      </w:r>
    </w:p>
    <w:p>
      <w:r>
        <w:rPr>
          <w:b w:val="0"/>
          <w:sz w:val="22"/>
        </w:rPr>
        <w:t>___________________________________________________________________________________________</w:t>
      </w:r>
    </w:p>
    <w:p/>
    <w:p>
      <w:r>
        <w:rPr>
          <w:b/>
          <w:sz w:val="24"/>
        </w:rPr>
        <w:t>Vollmacht</w:t>
      </w:r>
    </w:p>
    <w:p>
      <w:r>
        <w:rPr>
          <w:b w:val="0"/>
          <w:sz w:val="22"/>
        </w:rPr>
        <w:t>Hiermit erteilt der Auftraggeber dem Rechtsanwalt Vollmacht zur Wahrnehmung seiner rechtlichen Interessen, einschließlich der Befugnis, Untervollmachten zu erteilen, Vergleiche abzuschließen, Klagen einzureichen und entgegenzunehmen sowie alle notwendigen Erklärungen abzugeben und entgegenzunehmen.</w:t>
      </w:r>
    </w:p>
    <w:p/>
    <w:p>
      <w:r>
        <w:rPr>
          <w:b/>
          <w:sz w:val="24"/>
        </w:rPr>
        <w:t>Honorarvereinbarung</w:t>
      </w:r>
    </w:p>
    <w:p>
      <w:r>
        <w:rPr>
          <w:b w:val="0"/>
          <w:sz w:val="22"/>
        </w:rPr>
        <w:t>Das Honorar wird vereinbart auf Grundlage:</w:t>
      </w:r>
    </w:p>
    <w:p>
      <w:r>
        <w:rPr>
          <w:b w:val="0"/>
          <w:sz w:val="22"/>
        </w:rPr>
        <w:t xml:space="preserve">  - der gesetzlichen Vergütungsverordnung (RVG) oder</w:t>
      </w:r>
    </w:p>
    <w:p>
      <w:r>
        <w:rPr>
          <w:b w:val="0"/>
          <w:sz w:val="22"/>
        </w:rPr>
        <w:t xml:space="preserve">  - einer gesonderten Honorarvereinbarung in folgender Form:</w:t>
      </w:r>
    </w:p>
    <w:p>
      <w:r>
        <w:rPr>
          <w:b w:val="0"/>
          <w:sz w:val="22"/>
        </w:rPr>
        <w:t>___________________________________________________________________________________________</w:t>
      </w:r>
    </w:p>
    <w:p>
      <w:r>
        <w:rPr>
          <w:b w:val="0"/>
          <w:sz w:val="22"/>
        </w:rPr>
        <w:t>___________________________________________________________________________________________</w:t>
      </w:r>
    </w:p>
    <w:p/>
    <w:p>
      <w:r>
        <w:rPr>
          <w:b/>
          <w:sz w:val="24"/>
        </w:rPr>
        <w:t>Datenschutz und Schweigepflicht</w:t>
      </w:r>
    </w:p>
    <w:p>
      <w:r>
        <w:rPr>
          <w:b w:val="0"/>
          <w:sz w:val="22"/>
        </w:rPr>
        <w:t>Der Rechtsanwalt verpflichtet sich zur Einhaltung der berufsrechtlichen Schweigepflicht sowie der datenschutzrechtlichen Bestimmungen.</w:t>
      </w:r>
    </w:p>
    <w:p/>
    <w:p>
      <w:r>
        <w:rPr>
          <w:b/>
          <w:sz w:val="24"/>
        </w:rPr>
        <w:t>Haftung</w:t>
      </w:r>
    </w:p>
    <w:p>
      <w:r>
        <w:rPr>
          <w:b w:val="0"/>
          <w:sz w:val="22"/>
        </w:rPr>
        <w:t>Der Rechtsanwalt haftet nur für Vorsatz und grobe Fahrlässigkeit. Eine weitergehende Haftung ist ausgeschlossen, soweit gesetzlich zulässig.</w:t>
      </w:r>
    </w:p>
    <w:p/>
    <w:p>
      <w:r>
        <w:rPr>
          <w:b/>
          <w:sz w:val="24"/>
        </w:rPr>
        <w:t>Vertragsdauer und Kündigung</w:t>
      </w:r>
    </w:p>
    <w:p>
      <w:r>
        <w:rPr>
          <w:b w:val="0"/>
          <w:sz w:val="22"/>
        </w:rPr>
        <w:t>Der Auftrag gilt ab Unterzeichnung und kann von beiden Seiten jederzeit schriftlich gekündigt werden. Bis zur Kündigung erbrachte Leistungen sind zu vergüten.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Auftraggeber</w:t>
            </w:r>
          </w:p>
        </w:tc>
        <w:tc>
          <w:tcPr>
            <w:tcW w:type="dxa" w:w="4986"/>
            <w:tcBorders>
              <w:top w:val="nil"/>
              <w:left w:val="nil"/>
              <w:bottom w:val="nil"/>
              <w:right w:val="nil"/>
              <w:insideH w:val="nil"/>
              <w:insideV w:val="nil"/>
            </w:tcBorders>
          </w:tcPr>
          <w:p>
            <w:pPr>
              <w:jc w:val="center"/>
            </w:pPr>
            <w:r>
              <w:t>Rechtsanwalt</w:t>
            </w:r>
          </w:p>
        </w:tc>
      </w:tr>
      <w:tr>
        <w:tc>
          <w:tcPr>
            <w:tcW w:type="dxa" w:w="4986"/>
            <w:tcBorders>
              <w:top w:val="nil"/>
              <w:left w:val="nil"/>
              <w:bottom w:val="nil"/>
              <w:right w:val="nil"/>
              <w:insideH w:val="nil"/>
              <w:insideV w:val="nil"/>
            </w:tcBorders>
          </w:tcPr>
          <w:p>
            <w:pPr>
              <w:jc w:val="center"/>
            </w:pPr>
            <w:r>
              <w:br/>
              <w:br/>
              <w:t>Unterschrift: _______________________________</w:t>
            </w:r>
          </w:p>
        </w:tc>
        <w:tc>
          <w:tcPr>
            <w:tcW w:type="dxa" w:w="4986"/>
            <w:tcBorders>
              <w:top w:val="nil"/>
              <w:left w:val="nil"/>
              <w:bottom w:val="nil"/>
              <w:right w:val="nil"/>
              <w:insideH w:val="nil"/>
              <w:insideV w:val="nil"/>
            </w:tcBorders>
          </w:tcPr>
          <w:p>
            <w:pPr>
              <w:jc w:val="center"/>
            </w:pPr>
            <w:r>
              <w:br/>
              <w:br/>
              <w:t>Unterschrift: _______________________________</w:t>
            </w:r>
          </w:p>
        </w:tc>
      </w:tr>
      <w:tr>
        <w:tc>
          <w:tcPr>
            <w:tcW w:type="dxa" w:w="4986"/>
            <w:tcBorders>
              <w:top w:val="nil"/>
              <w:left w:val="nil"/>
              <w:bottom w:val="nil"/>
              <w:right w:val="nil"/>
              <w:insideH w:val="nil"/>
              <w:insideV w:val="nil"/>
            </w:tcBorders>
          </w:tcPr>
          <w:p>
            <w:pPr>
              <w:jc w:val="center"/>
            </w:pPr>
            <w:r>
              <w:t>Ort, Datum: __________________________________</w:t>
            </w:r>
          </w:p>
        </w:tc>
        <w:tc>
          <w:tcPr>
            <w:tcW w:type="dxa" w:w="4986"/>
            <w:tcBorders>
              <w:top w:val="nil"/>
              <w:left w:val="nil"/>
              <w:bottom w:val="nil"/>
              <w:right w:val="nil"/>
              <w:insideH w:val="nil"/>
              <w:insideV w:val="nil"/>
            </w:tcBorders>
          </w:tcPr>
          <w:p>
            <w:pPr>
              <w:jc w:val="center"/>
            </w:pPr>
            <w:r>
              <w:t>Ort, Datum: 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https://justiz-experte.com/anwalt-beauftragen/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https://justiz-experte.com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justiz-experte.com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stiz-experte.com/anwalt-beauftragen/" TargetMode="External"/><Relationship Id="rId10" Type="http://schemas.openxmlformats.org/officeDocument/2006/relationships/hyperlink" Target="https://justiz-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