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An das</w:t>
      </w:r>
    </w:p>
    <w:p>
      <w:r>
        <w:rPr>
          <w:b w:val="0"/>
          <w:sz w:val="22"/>
        </w:rPr>
        <w:t>Amtsgericht ___________________________</w:t>
      </w:r>
    </w:p>
    <w:p>
      <w:r>
        <w:rPr>
          <w:b w:val="0"/>
          <w:sz w:val="22"/>
        </w:rPr>
        <w:t>Straße und Hausnummer</w:t>
      </w:r>
    </w:p>
    <w:p>
      <w:r>
        <w:rPr>
          <w:b w:val="0"/>
          <w:sz w:val="22"/>
        </w:rPr>
        <w:t>PLZ und Ort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/>
    <w:p>
      <w:pPr>
        <w:jc w:val="center"/>
      </w:pPr>
      <w:r>
        <w:rPr>
          <w:b/>
          <w:sz w:val="24"/>
        </w:rPr>
        <w:t>Betreff: ______________________________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/>
    <w:p/>
    <w:p>
      <w:r>
        <w:rPr>
          <w:b w:val="0"/>
          <w:sz w:val="22"/>
        </w:rPr>
        <w:t>Mit freundlichen Grüßen</w:t>
      </w:r>
    </w:p>
    <w:p/>
    <w:p/>
    <w:p/>
    <w:p>
      <w:pPr>
        <w:jc w:val="left"/>
      </w:pPr>
      <w:r>
        <w:rPr>
          <w:sz w:val="22"/>
        </w:rPr>
        <w:t>______________________________</w:t>
      </w:r>
    </w:p>
    <w:p>
      <w:r>
        <w:rPr>
          <w:b w:val="0"/>
          <w:sz w:val="22"/>
        </w:rPr>
        <w:t>Name des Absenders</w:t>
      </w:r>
    </w:p>
    <w:p/>
    <w:p>
      <w:r>
        <w:rPr>
          <w:b/>
          <w:sz w:val="22"/>
        </w:rPr>
        <w:t>Anlagen: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https://justiz-experte.com/brief-an-gericht/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brief-an-gericht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