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ERLEDIGUNGSERKLÄRUNG</w:t>
      </w:r>
    </w:p>
    <w:p/>
    <w:p/>
    <w:p>
      <w:r>
        <w:rPr>
          <w:b w:val="0"/>
          <w:sz w:val="22"/>
        </w:rPr>
        <w:t>Hiermit erkläre ich,</w:t>
      </w:r>
    </w:p>
    <w:p>
      <w:r>
        <w:rPr>
          <w:b w:val="0"/>
          <w:sz w:val="22"/>
        </w:rPr>
        <w:t>Name: ________________________________________________________________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</w:t>
      </w:r>
    </w:p>
    <w:p/>
    <w:p>
      <w:r>
        <w:rPr>
          <w:b w:val="0"/>
          <w:sz w:val="22"/>
        </w:rPr>
        <w:t>in dem Verfahren vor dem Sozialgericht</w:t>
      </w:r>
    </w:p>
    <w:p>
      <w:r>
        <w:rPr>
          <w:b w:val="0"/>
          <w:sz w:val="22"/>
        </w:rPr>
        <w:t>Aktenzeichen: _________________________________________________________</w:t>
      </w:r>
    </w:p>
    <w:p>
      <w:r>
        <w:rPr>
          <w:b w:val="0"/>
          <w:sz w:val="22"/>
        </w:rPr>
        <w:t>gegen: ________________________________________________________________</w:t>
      </w:r>
    </w:p>
    <w:p/>
    <w:p>
      <w:r>
        <w:rPr>
          <w:b w:val="0"/>
          <w:sz w:val="22"/>
        </w:rPr>
        <w:t>dass die Angelegenheit erledigt ist, da</w:t>
      </w:r>
    </w:p>
    <w:p>
      <w:r>
        <w:rPr>
          <w:b w:val="0"/>
          <w:sz w:val="22"/>
        </w:rPr>
        <w:t>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</w:t>
      </w:r>
    </w:p>
    <w:p/>
    <w:p>
      <w:r>
        <w:rPr>
          <w:b/>
          <w:sz w:val="22"/>
        </w:rPr>
        <w:t>Diese Erklärung erfolgt freiwillig und rechtsverbindlich. Ich nehme zur Kenntnis, dass mit Abgabe dieser Erklärung die streitige Angelegenheit als erledigt gilt und das Verfahren eingestellt wird.</w:t>
      </w:r>
    </w:p>
    <w:p/>
    <w:p/>
    <w:p>
      <w:r>
        <w:rPr>
          <w:b w:val="0"/>
          <w:sz w:val="22"/>
        </w:rPr>
        <w:t>Sollten einzelne Bestimmungen dieser Erklärung unwirksam sein, so berührt dies nicht die Wirksamkeit der übrigen Bestimmungen.</w:t>
      </w:r>
    </w:p>
    <w:p/>
    <w:p/>
    <w:p>
      <w:r>
        <w:rPr>
          <w:b w:val="0"/>
          <w:sz w:val="22"/>
        </w:rPr>
        <w:t>Ort: _________________________________________________________________</w:t>
      </w:r>
    </w:p>
    <w:p>
      <w:r>
        <w:rPr>
          <w:b w:val="0"/>
          <w:sz w:val="22"/>
        </w:rPr>
        <w:t>Datum: 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https://justiz-experte.com/erledigungserklarung-sozialgericht/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https://justiz-experte.com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justiz-experte.com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stiz-experte.com/erledigungserklarung-sozialgericht/" TargetMode="External"/><Relationship Id="rId10" Type="http://schemas.openxmlformats.org/officeDocument/2006/relationships/hyperlink" Target="https://justiz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