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ERSATZVORNAHMEBRIEF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/ Firma:</w:t>
      </w:r>
    </w:p>
    <w:p>
      <w:r>
        <w:rPr>
          <w:b w:val="0"/>
          <w:sz w:val="22"/>
        </w:rPr>
        <w:t>Anschrift:</w:t>
      </w:r>
    </w:p>
    <w:p/>
    <w:p/>
    <w:p>
      <w:r>
        <w:rPr>
          <w:b/>
          <w:sz w:val="22"/>
        </w:rPr>
        <w:t>Betreff:</w:t>
      </w:r>
    </w:p>
    <w:p>
      <w:r>
        <w:rPr>
          <w:b/>
          <w:sz w:val="22"/>
        </w:rPr>
        <w:t>Ersatzvornahme gemäß § 637 BGB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setze ich Sie darüber in Kenntnis, dass ich wegen nicht ordnungsgemäßer Erfüllung der vertraglich vereinbarten Leistungen gemäß § 637 BGB eine Ersatzvornahme durchführen werde. Trotz mehrfacher Aufforderung ist die vereinbarte Leistung nicht oder nicht vertragsgemäß erbracht worden.</w:t>
      </w:r>
    </w:p>
    <w:p/>
    <w:p>
      <w:r>
        <w:rPr>
          <w:b/>
          <w:sz w:val="22"/>
        </w:rPr>
        <w:t>Beschreibung der mangelhaften Leistung / des Mangels:</w:t>
      </w:r>
    </w:p>
    <w:p>
      <w:r>
        <w:rPr>
          <w:b w:val="0"/>
          <w:sz w:val="22"/>
        </w:rPr>
      </w:r>
    </w:p>
    <w:p/>
    <w:p/>
    <w:p>
      <w:r>
        <w:rPr>
          <w:b w:val="0"/>
          <w:sz w:val="22"/>
        </w:rPr>
        <w:t>Die Ersatzvornahme dient dazu, den Mangel auf meine Kosten durch einen Dritten beheben zu lassen, um weitere Schäden zu vermeiden und/oder die vertragsgemäße Leistung herzustellen.</w:t>
      </w:r>
    </w:p>
    <w:p/>
    <w:p>
      <w:r>
        <w:rPr>
          <w:b w:val="0"/>
          <w:sz w:val="22"/>
        </w:rPr>
        <w:t>Ich fordere Sie hiermit auf, mir bis spätestens zum _______________ die vollständige Begleichung der durch die Ersatzvornahme entstehenden Kosten sowie etwaige Folgekosten schriftlich zu bestätigen.</w:t>
      </w:r>
    </w:p>
    <w:p/>
    <w:p>
      <w:r>
        <w:rPr>
          <w:b w:val="0"/>
          <w:sz w:val="22"/>
        </w:rPr>
        <w:t>Bitte beachten Sie, dass ich mir vorbehhalte, weitere rechtliche Schritte einzuleiten, falls keine Einigung erzielt wird.</w:t>
      </w:r>
    </w:p>
    <w:p/>
    <w:p/>
    <w:p>
      <w:r>
        <w:rPr>
          <w:b/>
          <w:sz w:val="22"/>
        </w:rPr>
        <w:t>Rechtsgrundlagen:</w:t>
      </w:r>
    </w:p>
    <w:p>
      <w:r>
        <w:rPr>
          <w:b w:val="0"/>
          <w:sz w:val="22"/>
        </w:rPr>
        <w:t>§ 637 BGB - Ersatzvornahme</w:t>
      </w:r>
    </w:p>
    <w:p>
      <w:r>
        <w:rPr>
          <w:b w:val="0"/>
          <w:sz w:val="22"/>
        </w:rPr>
        <w:t>§ 280 BGB - Schadensersatz wegen Pflichtverletzung</w:t>
      </w:r>
    </w:p>
    <w:p/>
    <w:p/>
    <w:p>
      <w:r>
        <w:rPr>
          <w:b w:val="0"/>
          <w:sz w:val="22"/>
        </w:rPr>
        <w:t>Ort: ____________________________    Datum: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https://justiz-experte.com/ersatzvornahme-brief/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ersatzvornahme-brief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