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FRISTVERLÄNGERUNG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 / Firma: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 / E-Mail:</w:t>
      </w:r>
    </w:p>
    <w:p/>
    <w:p>
      <w:r>
        <w:rPr>
          <w:b/>
          <w:sz w:val="22"/>
        </w:rPr>
        <w:t>An das zuständige Gericht:</w:t>
      </w:r>
    </w:p>
    <w:p>
      <w:r>
        <w:rPr>
          <w:b w:val="0"/>
          <w:sz w:val="22"/>
        </w:rPr>
        <w:t>Gerichtsname:</w:t>
      </w:r>
    </w:p>
    <w:p>
      <w:r>
        <w:rPr>
          <w:b w:val="0"/>
          <w:sz w:val="22"/>
        </w:rPr>
        <w:t>Adresse:</w:t>
      </w:r>
    </w:p>
    <w:p/>
    <w:p>
      <w:r>
        <w:rPr>
          <w:b/>
          <w:sz w:val="22"/>
        </w:rPr>
        <w:t>Aktenzeichen / Geschäftszeichen: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Fristverlängerung im Verfahren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ich/beantragen wir eine Verlängerung der gesetzten Frist im oben genannten Verfahren. Die bisherige Frist reicht nicht aus, um die erforderlichen Unterlagen bzw. Stellungnahmen vollständig und sorgfältig vorzubereiten.</w:t>
      </w:r>
    </w:p>
    <w:p/>
    <w:p>
      <w:r>
        <w:rPr>
          <w:b/>
          <w:sz w:val="22"/>
        </w:rPr>
        <w:t>Begründung:</w:t>
      </w:r>
    </w:p>
    <w:p>
      <w:r>
        <w:rPr>
          <w:b w:val="0"/>
          <w:sz w:val="22"/>
        </w:rPr>
        <w:t>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</w:t>
      </w:r>
    </w:p>
    <w:p/>
    <w:p>
      <w:r>
        <w:rPr>
          <w:b w:val="0"/>
          <w:sz w:val="22"/>
        </w:rPr>
        <w:t>Ich/Wir bitte(n) daher um eine angemessene Verlängerung der Frist um weitere</w:t>
      </w:r>
    </w:p>
    <w:p>
      <w:r>
        <w:rPr>
          <w:b/>
          <w:sz w:val="22"/>
        </w:rPr>
        <w:t>__________ Tage / Wochen.</w:t>
      </w:r>
    </w:p>
    <w:p/>
    <w:p>
      <w:r>
        <w:rPr>
          <w:b w:val="0"/>
          <w:sz w:val="22"/>
        </w:rPr>
        <w:t>Für Rückfragen stehe ich/stehen wir Ihnen jederzeit gern zur Verfügung.</w:t>
      </w:r>
    </w:p>
    <w:p/>
    <w:p/>
    <w:p>
      <w:r>
        <w:rPr>
          <w:b w:val="0"/>
          <w:sz w:val="22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Anwalt / Vertreter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https://justiz-experte.com/fristverlangerung-gericht/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fristverlangerung-gericht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