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VERSCHIEBUNG DES GERICHTSTERMINES</w:t>
      </w:r>
    </w:p>
    <w:p/>
    <w:p/>
    <w:p>
      <w:r>
        <w:rPr>
          <w:b w:val="0"/>
          <w:sz w:val="22"/>
        </w:rPr>
        <w:t>An das</w:t>
      </w:r>
    </w:p>
    <w:p>
      <w:r>
        <w:rPr>
          <w:b w:val="0"/>
          <w:sz w:val="22"/>
        </w:rPr>
        <w:t>Amtsgericht / Landgericht _______________________________</w:t>
      </w:r>
    </w:p>
    <w:p>
      <w:r>
        <w:rPr>
          <w:b w:val="0"/>
          <w:sz w:val="22"/>
        </w:rPr>
        <w:t>Aktenzeichen: __________________________________________</w:t>
      </w:r>
    </w:p>
    <w:p/>
    <w:p/>
    <w:p>
      <w:r>
        <w:rPr>
          <w:b/>
          <w:sz w:val="22"/>
        </w:rPr>
        <w:t>Antragsteller / Partei:</w:t>
      </w:r>
    </w:p>
    <w:p>
      <w:r>
        <w:rPr>
          <w:b w:val="0"/>
          <w:sz w:val="22"/>
        </w:rPr>
        <w:t>Name: _________________________________________________</w:t>
      </w:r>
    </w:p>
    <w:p>
      <w:r>
        <w:rPr>
          <w:b w:val="0"/>
          <w:sz w:val="22"/>
        </w:rPr>
        <w:t>Anschrift: ______________________________________________</w:t>
      </w:r>
    </w:p>
    <w:p/>
    <w:p/>
    <w:p>
      <w:r>
        <w:rPr>
          <w:b/>
          <w:sz w:val="22"/>
        </w:rPr>
        <w:t>Gegenpartei:</w:t>
      </w:r>
    </w:p>
    <w:p>
      <w:r>
        <w:rPr>
          <w:b w:val="0"/>
          <w:sz w:val="22"/>
        </w:rPr>
        <w:t>Name: _________________________________________________</w:t>
      </w:r>
    </w:p>
    <w:p>
      <w:r>
        <w:rPr>
          <w:b w:val="0"/>
          <w:sz w:val="22"/>
        </w:rPr>
        <w:t>Anschrift: 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Verschiebung des Gerichtstermins</w:t>
      </w:r>
    </w:p>
    <w:p/>
    <w:p/>
    <w:p>
      <w:r>
        <w:rPr>
          <w:b w:val="0"/>
          <w:sz w:val="22"/>
        </w:rPr>
        <w:t>Sehr geehrte Damen und Herren,</w:t>
      </w:r>
    </w:p>
    <w:p>
      <w:r>
        <w:rPr>
          <w:b w:val="0"/>
          <w:sz w:val="22"/>
        </w:rPr>
        <w:t>hiermit beantrage ich / wir die Verschiebung des anberaumten Gerichtstermins.</w:t>
      </w:r>
    </w:p>
    <w:p>
      <w:r>
        <w:rPr>
          <w:b w:val="0"/>
          <w:sz w:val="22"/>
        </w:rPr>
        <w:t>Grund für den Antrag ist: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 w:val="0"/>
          <w:sz w:val="22"/>
        </w:rPr>
        <w:t>Ich / Wir bitte(n) um Berücksichtigung und eine baldige Rückmeldung.</w:t>
      </w:r>
    </w:p>
    <w:p/>
    <w:p/>
    <w:p/>
    <w:p>
      <w:r>
        <w:rPr>
          <w:b w:val="0"/>
          <w:sz w:val="22"/>
        </w:rPr>
        <w:t>Ort: _____________________________________</w:t>
      </w:r>
    </w:p>
    <w:p>
      <w:r>
        <w:rPr>
          <w:b w:val="0"/>
          <w:sz w:val="22"/>
        </w:rPr>
        <w:t>Datum: 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 / Partei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Gegenpartei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https://justiz-experte.com/gerichtstermin-verschieben/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gerichtstermin-verschieb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