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REKURS EINLEGEN</w:t>
      </w:r>
    </w:p>
    <w:p/>
    <w:p/>
    <w:p>
      <w:r>
        <w:rPr>
          <w:b/>
          <w:sz w:val="22"/>
        </w:rPr>
        <w:t>Betreff: Einlegung des Rekurses gegen den Bescheid</w:t>
      </w:r>
    </w:p>
    <w:p/>
    <w:p>
      <w:r>
        <w:rPr>
          <w:b w:val="0"/>
          <w:sz w:val="22"/>
        </w:rPr>
        <w:t>An die zuständige Behörde / das zuständige Gericht</w:t>
      </w:r>
    </w:p>
    <w:p/>
    <w:p/>
    <w:p>
      <w:r>
        <w:rPr>
          <w:b w:val="0"/>
          <w:sz w:val="22"/>
        </w:rPr>
        <w:t>Name des Antragstellers:</w:t>
      </w:r>
    </w:p>
    <w:p>
      <w:r>
        <w:rPr>
          <w:b w:val="0"/>
          <w:sz w:val="22"/>
        </w:rPr>
        <w:t>____________________________________________________________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</w:t>
      </w:r>
    </w:p>
    <w:p/>
    <w:p>
      <w:r>
        <w:rPr>
          <w:b w:val="0"/>
          <w:sz w:val="22"/>
        </w:rPr>
        <w:t>Aktenzeichen / Vorgangsnummer:</w:t>
      </w:r>
    </w:p>
    <w:p>
      <w:r>
        <w:rPr>
          <w:b w:val="0"/>
          <w:sz w:val="22"/>
        </w:rPr>
        <w:t>____________________________________________________________</w:t>
      </w:r>
    </w:p>
    <w:p/>
    <w:p>
      <w:r>
        <w:rPr>
          <w:b w:val="0"/>
          <w:sz w:val="22"/>
        </w:rPr>
        <w:t>Hiermit lege ich gegen den Bescheid vom ____________________</w:t>
      </w:r>
    </w:p>
    <w:p>
      <w:r>
        <w:rPr>
          <w:b w:val="0"/>
          <w:sz w:val="22"/>
        </w:rPr>
        <w:t>Rekurs ein und beantrage die Überprüfung und Aufhebung oder Abänderung</w:t>
      </w:r>
    </w:p>
    <w:p>
      <w:r>
        <w:rPr>
          <w:b w:val="0"/>
          <w:sz w:val="22"/>
        </w:rPr>
        <w:t>des genannten Bescheides.</w:t>
      </w:r>
    </w:p>
    <w:p/>
    <w:p/>
    <w:p>
      <w:r>
        <w:rPr>
          <w:b/>
          <w:sz w:val="22"/>
        </w:rPr>
        <w:t>Begründung: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/>
    <w:p>
      <w:r>
        <w:rPr>
          <w:b/>
          <w:sz w:val="22"/>
        </w:rPr>
        <w:t>Weitere Ausführungen: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</w:t>
      </w:r>
    </w:p>
    <w:p/>
    <w:p/>
    <w:p>
      <w:r>
        <w:rPr>
          <w:b w:val="0"/>
          <w:sz w:val="22"/>
        </w:rPr>
        <w:t>Ich möchte darauf hinweisen, dass ich die gesetzliche Frist für die Einlegung</w:t>
      </w:r>
    </w:p>
    <w:p>
      <w:r>
        <w:rPr>
          <w:b w:val="0"/>
          <w:sz w:val="22"/>
        </w:rPr>
        <w:t>des Rekurses (§ 70 VwGO bzw. entsprechende verwaltungsrechtliche Vorschriften) einhalte.</w:t>
      </w:r>
    </w:p>
    <w:p/>
    <w:p/>
    <w:p>
      <w:r>
        <w:rPr>
          <w:b w:val="0"/>
          <w:sz w:val="22"/>
        </w:rPr>
        <w:t>Ort: ____________________________________    Datum: 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Vertreter (falls vorhanden)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https://justiz-experte.com/rekurs-einlegen/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rekurs-einlegen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