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SCHREIBEN AN DAS AMTSGERICHT</w:t>
      </w:r>
    </w:p>
    <w:p/>
    <w:p/>
    <w:p>
      <w:r>
        <w:rPr>
          <w:b w:val="0"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>
      <w:r>
        <w:rPr>
          <w:b w:val="0"/>
          <w:sz w:val="22"/>
        </w:rPr>
        <w:t>An das Amtsgericht</w:t>
      </w:r>
    </w:p>
    <w:p>
      <w:r>
        <w:rPr>
          <w:b w:val="0"/>
          <w:sz w:val="22"/>
        </w:rPr>
        <w:t>Abteilung / Geschäftsstelle:</w:t>
      </w:r>
    </w:p>
    <w:p>
      <w:r>
        <w:rPr>
          <w:b w:val="0"/>
          <w:sz w:val="22"/>
        </w:rPr>
        <w:t>Adresse: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nehme ich Bezug auf das Verfahren / Anliegen mit dem Aktenzeichen: _______________.</w:t>
      </w:r>
    </w:p>
    <w:p/>
    <w:p>
      <w:r>
        <w:rPr>
          <w:b w:val="0"/>
          <w:sz w:val="22"/>
        </w:rPr>
        <w:t>Ich möchte Ihnen folgende Informationen übermitteln bzw. folgende Anträge stellen: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/>
    <w:p>
      <w:r>
        <w:rPr>
          <w:b w:val="0"/>
          <w:sz w:val="22"/>
        </w:rPr>
        <w:t>Ich versichere, dass alle Angaben wahrheitsgemäß und vollständig sind. Für Rückfragen stehe ich Ihnen jederzeit zur Verfügung.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</w:t>
            </w:r>
          </w:p>
        </w:tc>
      </w:tr>
    </w:tbl>
    <w:p/>
    <w:p/>
    <w:p>
      <w:r>
        <w:rPr>
          <w:b w:val="0"/>
          <w:sz w:val="22"/>
        </w:rPr>
        <w:t>Anlagen: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https://justiz-experte.com/schreiben-an-amtsgericht/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schreiben-an-amtsgericht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