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STELLUNGNAHME ZUM GERICHTSSCHREIBEN</w:t>
      </w:r>
    </w:p>
    <w:p/>
    <w:p/>
    <w:p>
      <w:r>
        <w:rPr>
          <w:b w:val="0"/>
          <w:sz w:val="22"/>
        </w:rPr>
        <w:t>An das zuständige Gericht</w:t>
      </w:r>
    </w:p>
    <w:p>
      <w:r>
        <w:rPr>
          <w:b w:val="0"/>
          <w:sz w:val="22"/>
        </w:rPr>
        <w:t>Aktenzeichen: ________________________________________________</w:t>
      </w:r>
    </w:p>
    <w:p>
      <w:r>
        <w:rPr>
          <w:b w:val="0"/>
          <w:sz w:val="22"/>
        </w:rPr>
        <w:t>In der Rechtssache:</w:t>
      </w:r>
    </w:p>
    <w:p>
      <w:r>
        <w:rPr>
          <w:b w:val="0"/>
          <w:sz w:val="22"/>
        </w:rPr>
        <w:t>_____________________________ (Name Kläger/Antragsteller)</w:t>
      </w:r>
    </w:p>
    <w:p>
      <w:r>
        <w:rPr>
          <w:b w:val="0"/>
          <w:sz w:val="22"/>
        </w:rPr>
        <w:t>gegen</w:t>
      </w:r>
    </w:p>
    <w:p>
      <w:r>
        <w:rPr>
          <w:b w:val="0"/>
          <w:sz w:val="22"/>
        </w:rPr>
        <w:t>_____________________________ (Name Beklagter/Antragsgegner)</w:t>
      </w:r>
    </w:p>
    <w:p/>
    <w:p/>
    <w:p>
      <w:r>
        <w:rPr>
          <w:b/>
          <w:sz w:val="22"/>
        </w:rPr>
        <w:t>Betreff: Stellungnahme im Verfahren</w:t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nehme ich zu dem oben genannten Verfahren wie folgt Stellung:</w:t>
      </w:r>
    </w:p>
    <w:p/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...........................................................................................................................................</w:t>
      </w:r>
    </w:p>
    <w:p/>
    <w:p/>
    <w:p>
      <w:r>
        <w:rPr>
          <w:b w:val="0"/>
          <w:sz w:val="22"/>
        </w:rPr>
        <w:t>Ich bitte höflich um Berücksichtigung meiner Ausführungen und stehe für Rückfragen zur Verfügung.</w:t>
      </w:r>
    </w:p>
    <w:p/>
    <w:p/>
    <w:p>
      <w:r>
        <w:rPr>
          <w:b w:val="0"/>
          <w:sz w:val="22"/>
        </w:rPr>
        <w:t>Ort: __________________________________________</w:t>
      </w:r>
    </w:p>
    <w:p>
      <w:r>
        <w:rPr>
          <w:b w:val="0"/>
          <w:sz w:val="22"/>
        </w:rPr>
        <w:t>Datum: 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 / Beklagter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Anwalt / 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https://justiz-experte.com/stellungnahme-gericht-schreiben/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stellungnahme-gericht-schreiben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