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STELLUNGNAHME ZUR POLIZEILICHEN ANFRAGE</w:t>
      </w:r>
    </w:p>
    <w:p/>
    <w:p/>
    <w:p>
      <w:r>
        <w:rPr>
          <w:b/>
          <w:sz w:val="24"/>
        </w:rPr>
        <w:t>Absender: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>
      <w:r>
        <w:rPr>
          <w:b w:val="0"/>
          <w:sz w:val="22"/>
        </w:rPr>
        <w:t>Telefon: 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</w:t>
      </w:r>
    </w:p>
    <w:p/>
    <w:p/>
    <w:p>
      <w:r>
        <w:rPr>
          <w:b/>
          <w:sz w:val="24"/>
        </w:rPr>
        <w:t>Empfänger:</w:t>
      </w:r>
    </w:p>
    <w:p>
      <w:r>
        <w:rPr>
          <w:b w:val="0"/>
          <w:sz w:val="22"/>
        </w:rPr>
        <w:t>Polizeidienststelle: _______________________________________________</w:t>
      </w:r>
    </w:p>
    <w:p>
      <w:r>
        <w:rPr>
          <w:b w:val="0"/>
          <w:sz w:val="22"/>
        </w:rPr>
        <w:t>Adresse: __________________________________________________________</w:t>
      </w:r>
    </w:p>
    <w:p/>
    <w:p/>
    <w:p>
      <w:r>
        <w:rPr>
          <w:b/>
          <w:sz w:val="24"/>
        </w:rPr>
        <w:t>Betreff:</w:t>
      </w:r>
    </w:p>
    <w:p>
      <w:r>
        <w:rPr>
          <w:b w:val="0"/>
          <w:sz w:val="22"/>
        </w:rPr>
        <w:t>Stellungnahme zu polizeilicher Anfrage / Vorgang-Nr.: 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nehme ich Stellung zu Ihrer Anfrage vom ______________________.</w:t>
      </w:r>
    </w:p>
    <w:p>
      <w:r>
        <w:rPr>
          <w:b w:val="0"/>
          <w:sz w:val="22"/>
        </w:rPr>
        <w:t>Nachfolgend finden Sie die gewünschten Informationen und Erläuterungen:</w:t>
      </w:r>
    </w:p>
    <w:p/>
    <w:p/>
    <w:p/>
    <w:p/>
    <w:p/>
    <w:p/>
    <w:p/>
    <w:p/>
    <w:p/>
    <w:p/>
    <w:p/>
    <w:p/>
    <w:p/>
    <w:p/>
    <w:p/>
    <w:p/>
    <w:p/>
    <w:p>
      <w:r>
        <w:rPr>
          <w:b/>
          <w:sz w:val="22"/>
        </w:rPr>
        <w:t>Hinweis:</w:t>
      </w:r>
    </w:p>
    <w:p>
      <w:r>
        <w:rPr>
          <w:b w:val="0"/>
          <w:sz w:val="22"/>
        </w:rPr>
        <w:t>Diese Stellungnahme erfolgt nach bestem Wissen und Gewissen. Für weitergehende rechtliche Fragen steht Ihnen ggf. ein Rechtsbeistand zur Verfügung.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https://justiz-experte.com/stellungnahme-polizei-schreiben/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stellungnahme-polizei-schreiben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