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VERZICHTSERKLÄRUNG AUF SCHADENSERSATZANSPRÜCHE</w:t>
      </w:r>
    </w:p>
    <w:p/>
    <w:p>
      <w:r>
        <w:rPr>
          <w:b/>
          <w:sz w:val="20"/>
        </w:rPr>
        <w:t>Name des Verzichter:</w:t>
      </w:r>
    </w:p>
    <w:p>
      <w:r>
        <w:rPr>
          <w:b w:val="0"/>
          <w:sz w:val="20"/>
        </w:rPr>
        <w:t>Name: _____________________________________________________________</w:t>
      </w:r>
    </w:p>
    <w:p>
      <w:r>
        <w:rPr>
          <w:b w:val="0"/>
          <w:sz w:val="20"/>
        </w:rPr>
        <w:t>Anschrift: ________________________________________________________</w:t>
      </w:r>
    </w:p>
    <w:p/>
    <w:p>
      <w:r>
        <w:rPr>
          <w:b/>
          <w:sz w:val="20"/>
        </w:rPr>
        <w:t>Name des Begünstigten:</w:t>
      </w:r>
    </w:p>
    <w:p>
      <w:r>
        <w:rPr>
          <w:b w:val="0"/>
          <w:sz w:val="20"/>
        </w:rPr>
        <w:t>Name: _____________________________________________________________</w:t>
      </w:r>
    </w:p>
    <w:p>
      <w:r>
        <w:rPr>
          <w:b w:val="0"/>
          <w:sz w:val="20"/>
        </w:rPr>
        <w:t>Anschrift: ________________________________________________________</w:t>
      </w:r>
    </w:p>
    <w:p/>
    <w:p>
      <w:r>
        <w:rPr>
          <w:b/>
          <w:sz w:val="20"/>
        </w:rPr>
        <w:t>Gegenstand der Verzichtserklärung:</w:t>
      </w:r>
    </w:p>
    <w:p>
      <w:r>
        <w:rPr>
          <w:b w:val="0"/>
          <w:sz w:val="20"/>
        </w:rPr>
        <w:t>______________________________________________________________</w:t>
      </w:r>
    </w:p>
    <w:p/>
    <w:p>
      <w:r>
        <w:rPr>
          <w:b/>
          <w:sz w:val="20"/>
        </w:rPr>
        <w:t>§ 1 – Verzicht auf Schadensersatzansprüche</w:t>
      </w:r>
    </w:p>
    <w:p>
      <w:r>
        <w:rPr>
          <w:b w:val="0"/>
          <w:sz w:val="20"/>
        </w:rPr>
        <w:t>Der Verzichter verzichtet hiermit unwiderruflich auf sämtliche gegen den Begünstigten gerichteten Schadensersatzansprüche, gleich aus welchem Rechtsgrund, die im Zusammenhang mit dem oben genannten Gegenstand stehen, insbesondere aus Vertrag, unerlaubter Handlung, gesetzlicher Haftung oder sonstigen Anspruchsgrundlagen.</w:t>
      </w:r>
    </w:p>
    <w:p/>
    <w:p>
      <w:r>
        <w:rPr>
          <w:b/>
          <w:sz w:val="20"/>
        </w:rPr>
        <w:t>§ 2 – Umfang und Ausnahmen</w:t>
      </w:r>
    </w:p>
    <w:p>
      <w:r>
        <w:rPr>
          <w:b w:val="0"/>
          <w:sz w:val="20"/>
        </w:rPr>
        <w:t>Der Verzicht erstreckt sich auf alle bekannten und unbekannten Schadensersatzansprüche bis zum Zeitpunkt der Unterzeichnung dieser Erklärung. Ein Verzicht auf Ansprüche aus grober Fahrlässigkeit oder Vorsatz bleibt unberührt, soweit gesetzlich nicht anders vorgesehen.</w:t>
      </w:r>
    </w:p>
    <w:p/>
    <w:p>
      <w:r>
        <w:rPr>
          <w:b/>
          <w:sz w:val="20"/>
        </w:rPr>
        <w:t>§ 3 – Rechtsfolgen des Verzichts</w:t>
      </w:r>
    </w:p>
    <w:p>
      <w:r>
        <w:rPr>
          <w:b w:val="0"/>
          <w:sz w:val="20"/>
        </w:rPr>
        <w:t>Mit Unterzeichnung dieser Erklärung erkennt der Verzichter an, dass er keine Schadensersatzansprüche gegen den Begünstigten im Zusammenhang mit dem Vertragsgegenstand geltend machen wird.</w:t>
      </w:r>
    </w:p>
    <w:p/>
    <w:p>
      <w:r>
        <w:rPr>
          <w:b/>
          <w:sz w:val="20"/>
        </w:rPr>
        <w:t>§ 4 – Salvatorische Klausel</w:t>
      </w:r>
    </w:p>
    <w:p>
      <w:r>
        <w:rPr>
          <w:b w:val="0"/>
          <w:sz w:val="20"/>
        </w:rPr>
        <w:t>Sollten einzelne Bestimmungen dieser Erklärung unwirksam oder undurchführbar sein oder werden, bleibt die Wirksamkeit der übrigen Bestimmungen hiervon unberührt. Anstelle der unwirksamen Bestimmung tritt eine Regelung, die dem wirtschaftlichen Zweck am nächsten kommt.</w:t>
      </w:r>
    </w:p>
    <w:p/>
    <w:p>
      <w:r>
        <w:rPr>
          <w:b/>
          <w:sz w:val="20"/>
        </w:rPr>
        <w:t>§ 5 – Schlussbestimmungen</w:t>
      </w:r>
    </w:p>
    <w:p>
      <w:r>
        <w:rPr>
          <w:b w:val="0"/>
          <w:sz w:val="20"/>
        </w:rPr>
        <w:t>Diese Verzichtserklärung wurde freiwillig und ohne Zwang abgegeben und vollständig gelesen und verstanden.</w:t>
      </w:r>
    </w:p>
    <w:p/>
    <w:p/>
    <w:p>
      <w:r>
        <w:rPr>
          <w:b w:val="0"/>
          <w:sz w:val="20"/>
        </w:rPr>
        <w:t>Ort: ___________________________________________</w:t>
      </w:r>
    </w:p>
    <w:p>
      <w:r>
        <w:rPr>
          <w:b w:val="0"/>
          <w:sz w:val="20"/>
        </w:rPr>
        <w:t>Datum: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Verzichter</w:t>
            </w:r>
          </w:p>
        </w:tc>
        <w:tc>
          <w:tcPr>
            <w:tcW w:type="dxa" w:w="4986"/>
            <w:tcBorders>
              <w:top w:val="nil"/>
              <w:left w:val="nil"/>
              <w:bottom w:val="nil"/>
              <w:right w:val="nil"/>
              <w:insideH w:val="nil"/>
              <w:insideV w:val="nil"/>
            </w:tcBorders>
          </w:tcPr>
          <w:p>
            <w:pPr>
              <w:jc w:val="center"/>
            </w:pPr>
            <w:r>
              <w:t>Begünstigter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https://justiz-experte.com/verzichtserklarung-schadensersatz/</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https://justiz-experte.com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justiz-experte.com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stiz-experte.com/verzichtserklarung-schadensersatz/" TargetMode="External"/><Relationship Id="rId10" Type="http://schemas.openxmlformats.org/officeDocument/2006/relationships/hyperlink" Target="https://justiz-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